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84A" w:rsidRDefault="001F684A" w:rsidP="001F684A">
      <w:pPr>
        <w:rPr>
          <w:lang w:val="fr-FR"/>
        </w:rPr>
      </w:pPr>
      <w:r>
        <w:rPr>
          <w:lang w:val="fr-FR"/>
        </w:rPr>
        <w:t>Noms :  _________________________________</w:t>
      </w:r>
    </w:p>
    <w:p w:rsidR="001F684A" w:rsidRPr="004E069E" w:rsidRDefault="001F684A" w:rsidP="001F684A">
      <w:pPr>
        <w:pStyle w:val="Titre"/>
        <w:spacing w:after="120"/>
        <w:rPr>
          <w:lang w:val="fr-FR"/>
        </w:rPr>
      </w:pPr>
      <w:r w:rsidRPr="004E069E">
        <w:rPr>
          <w:lang w:val="fr-FR"/>
        </w:rPr>
        <w:t xml:space="preserve">Fiche TP </w:t>
      </w:r>
      <w:r>
        <w:rPr>
          <w:lang w:val="fr-FR"/>
        </w:rPr>
        <w:t>étudiant</w:t>
      </w:r>
      <w:r w:rsidRPr="004E069E">
        <w:rPr>
          <w:lang w:val="fr-FR"/>
        </w:rPr>
        <w:t xml:space="preserve"> – Document réponse</w:t>
      </w:r>
    </w:p>
    <w:p w:rsidR="001F684A" w:rsidRPr="004E069E" w:rsidRDefault="001F684A" w:rsidP="001F684A">
      <w:pPr>
        <w:pStyle w:val="Titre1"/>
        <w:spacing w:before="120"/>
        <w:jc w:val="center"/>
        <w:rPr>
          <w:lang w:val="fr-FR"/>
        </w:rPr>
      </w:pPr>
      <w:r w:rsidRPr="004E069E">
        <w:rPr>
          <w:lang w:val="fr-FR"/>
        </w:rPr>
        <w:t>BTS Métiers de la Mesure</w:t>
      </w:r>
    </w:p>
    <w:p w:rsidR="001F684A" w:rsidRDefault="001F684A" w:rsidP="001F684A">
      <w:pPr>
        <w:pStyle w:val="Titre2"/>
        <w:rPr>
          <w:lang w:val="fr-FR"/>
        </w:rPr>
      </w:pPr>
      <w:r>
        <w:rPr>
          <w:lang w:val="fr-FR"/>
        </w:rPr>
        <w:t xml:space="preserve">TP6  : </w:t>
      </w:r>
      <w:r w:rsidRPr="001F684A">
        <w:rPr>
          <w:lang w:val="fr-FR"/>
        </w:rPr>
        <w:t>Datalogging (SPI et Carte SD)</w:t>
      </w:r>
    </w:p>
    <w:p w:rsidR="001F684A" w:rsidRDefault="001F684A" w:rsidP="001F684A">
      <w:pPr>
        <w:pStyle w:val="Titre2"/>
        <w:rPr>
          <w:lang w:val="fr-FR"/>
        </w:rPr>
      </w:pPr>
      <w:r w:rsidRPr="004E069E">
        <w:rPr>
          <w:lang w:val="fr-FR"/>
        </w:rPr>
        <w:t xml:space="preserve">Enoncé et aide : </w:t>
      </w:r>
      <w:r w:rsidRPr="001F684A">
        <w:rPr>
          <w:lang w:val="fr-FR"/>
        </w:rPr>
        <w:t>bts2m.free.fr/TP_Arduino/05-Datalogging.html</w:t>
      </w:r>
    </w:p>
    <w:p w:rsidR="00B8330C" w:rsidRPr="00417E53" w:rsidRDefault="001F684A" w:rsidP="005F160F">
      <w:pPr>
        <w:pStyle w:val="Titre1"/>
        <w:spacing w:before="200"/>
        <w:rPr>
          <w:lang w:val="fr-FR"/>
        </w:rPr>
      </w:pPr>
      <w:r>
        <w:rPr>
          <w:lang w:val="fr-FR"/>
        </w:rPr>
        <w:t>O</w:t>
      </w:r>
      <w:r w:rsidR="00417E53" w:rsidRPr="00417E53">
        <w:rPr>
          <w:lang w:val="fr-FR"/>
        </w:rPr>
        <w:t>bjectifs du TP :</w:t>
      </w:r>
    </w:p>
    <w:p w:rsidR="00B8330C" w:rsidRPr="00417E53" w:rsidRDefault="00417E53">
      <w:pPr>
        <w:rPr>
          <w:lang w:val="fr-FR"/>
        </w:rPr>
      </w:pPr>
      <w:r w:rsidRPr="00417E53">
        <w:rPr>
          <w:lang w:val="fr-FR"/>
        </w:rPr>
        <w:t>• Étude de la liaison SPI</w:t>
      </w:r>
    </w:p>
    <w:p w:rsidR="00B8330C" w:rsidRPr="00417E53" w:rsidRDefault="00417E53">
      <w:pPr>
        <w:rPr>
          <w:lang w:val="fr-FR"/>
        </w:rPr>
      </w:pPr>
      <w:r w:rsidRPr="00417E53">
        <w:rPr>
          <w:lang w:val="fr-FR"/>
        </w:rPr>
        <w:t>• Prise en main rapide de la carte SD</w:t>
      </w:r>
    </w:p>
    <w:p w:rsidR="00B8330C" w:rsidRPr="00417E53" w:rsidRDefault="00417E53">
      <w:pPr>
        <w:rPr>
          <w:lang w:val="fr-FR"/>
        </w:rPr>
      </w:pPr>
      <w:r w:rsidRPr="00417E53">
        <w:rPr>
          <w:lang w:val="fr-FR"/>
        </w:rPr>
        <w:t>• Utilisation de la bibliothèque SD</w:t>
      </w:r>
    </w:p>
    <w:p w:rsidR="00B8330C" w:rsidRPr="00417E53" w:rsidRDefault="00417E53">
      <w:pPr>
        <w:rPr>
          <w:lang w:val="fr-FR"/>
        </w:rPr>
      </w:pPr>
      <w:r w:rsidRPr="00417E53">
        <w:rPr>
          <w:lang w:val="fr-FR"/>
        </w:rPr>
        <w:t>• Réalisation d’un datalogger</w:t>
      </w:r>
    </w:p>
    <w:p w:rsidR="00B8330C" w:rsidRPr="00417E53" w:rsidRDefault="00417E53">
      <w:pPr>
        <w:rPr>
          <w:lang w:val="fr-FR"/>
        </w:rPr>
      </w:pPr>
      <w:r w:rsidRPr="00417E53">
        <w:rPr>
          <w:lang w:val="fr-FR"/>
        </w:rPr>
        <w:t>• Étalonnage d'un capteur de pression</w:t>
      </w:r>
      <w:r w:rsidR="001F684A">
        <w:rPr>
          <w:lang w:val="fr-FR"/>
        </w:rPr>
        <w:t xml:space="preserve"> MPX5100</w:t>
      </w:r>
    </w:p>
    <w:p w:rsidR="00B8330C" w:rsidRDefault="00417E53">
      <w:pPr>
        <w:rPr>
          <w:lang w:val="fr-FR"/>
        </w:rPr>
      </w:pPr>
      <w:r w:rsidRPr="00417E53">
        <w:rPr>
          <w:lang w:val="fr-FR"/>
        </w:rPr>
        <w:t>• Étude des incertitudes et propagation dans une chaîne de mesure</w:t>
      </w:r>
    </w:p>
    <w:p w:rsidR="00417E53" w:rsidRPr="00417E53" w:rsidRDefault="00417E53" w:rsidP="005F160F">
      <w:pPr>
        <w:pStyle w:val="Titre1"/>
        <w:spacing w:before="200"/>
        <w:rPr>
          <w:lang w:val="fr-FR"/>
        </w:rPr>
      </w:pPr>
      <w:r>
        <w:rPr>
          <w:lang w:val="fr-FR"/>
        </w:rPr>
        <w:t>0</w:t>
      </w:r>
      <w:r w:rsidRPr="00417E53">
        <w:rPr>
          <w:lang w:val="fr-FR"/>
        </w:rPr>
        <w:t>)</w:t>
      </w:r>
      <w:r>
        <w:rPr>
          <w:lang w:val="fr-FR"/>
        </w:rPr>
        <w:t xml:space="preserve"> </w:t>
      </w:r>
      <w:r w:rsidRPr="00417E53">
        <w:rPr>
          <w:lang w:val="fr-FR"/>
        </w:rPr>
        <w:t>Préliminaire :</w:t>
      </w:r>
    </w:p>
    <w:p w:rsidR="00417E53" w:rsidRPr="00417E53" w:rsidRDefault="00417E53" w:rsidP="00417E53">
      <w:pPr>
        <w:rPr>
          <w:lang w:val="fr-FR"/>
        </w:rPr>
      </w:pPr>
      <w:r w:rsidRPr="00417E53">
        <w:rPr>
          <w:lang w:val="fr-FR"/>
        </w:rPr>
        <w:t>Comparer les trois principales liaisons de communication série utilisées avec Arduino : UART, I2C et SPI.</w:t>
      </w:r>
    </w:p>
    <w:tbl>
      <w:tblPr>
        <w:tblW w:w="80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1960"/>
        <w:gridCol w:w="2160"/>
        <w:gridCol w:w="1940"/>
      </w:tblGrid>
      <w:tr w:rsidR="00417E53" w:rsidRPr="00B81989" w:rsidTr="00417E53">
        <w:trPr>
          <w:trHeight w:val="420"/>
        </w:trPr>
        <w:tc>
          <w:tcPr>
            <w:tcW w:w="80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b/>
                <w:bCs/>
                <w:sz w:val="28"/>
                <w:szCs w:val="28"/>
                <w:lang w:val="fr-FR" w:eastAsia="fr-FR"/>
              </w:rPr>
              <w:t>Tableau comparatif des liaisons série (UART, I²C, SPI)</w:t>
            </w:r>
          </w:p>
        </w:tc>
      </w:tr>
      <w:tr w:rsidR="00417E53" w:rsidRPr="00417E53" w:rsidTr="00417E53">
        <w:trPr>
          <w:trHeight w:val="600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b/>
                <w:bCs/>
                <w:lang w:val="fr-FR" w:eastAsia="fr-FR"/>
              </w:rPr>
              <w:t>Caractéristique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b/>
                <w:bCs/>
                <w:lang w:val="fr-FR" w:eastAsia="fr-FR"/>
              </w:rPr>
              <w:t>UART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b/>
                <w:bCs/>
                <w:lang w:val="fr-FR" w:eastAsia="fr-FR"/>
              </w:rPr>
              <w:t>I²C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b/>
                <w:bCs/>
                <w:lang w:val="fr-FR" w:eastAsia="fr-FR"/>
              </w:rPr>
              <w:t>SPI</w:t>
            </w:r>
          </w:p>
        </w:tc>
      </w:tr>
      <w:tr w:rsidR="00417E53" w:rsidRPr="00B81989" w:rsidTr="00417E53">
        <w:trPr>
          <w:trHeight w:val="600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Nombre de fils utilisés</w:t>
            </w:r>
            <w:r w:rsidRPr="00417E53">
              <w:rPr>
                <w:rFonts w:ascii="Calibri" w:eastAsia="Times New Roman" w:hAnsi="Calibri" w:cs="Calibri"/>
                <w:lang w:val="fr-FR" w:eastAsia="fr-FR"/>
              </w:rPr>
              <w:br/>
              <w:t>hors Vcc et GND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</w:tr>
      <w:tr w:rsidR="00417E53" w:rsidRPr="00417E53" w:rsidTr="00417E53">
        <w:trPr>
          <w:trHeight w:val="600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Vitesse typique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</w:tr>
      <w:tr w:rsidR="00417E53" w:rsidRPr="00417E53" w:rsidTr="00417E53">
        <w:trPr>
          <w:trHeight w:val="600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Nombre d’esclaves possibles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</w:tr>
      <w:tr w:rsidR="00FC465F" w:rsidRPr="00417E53" w:rsidTr="00417E53">
        <w:trPr>
          <w:trHeight w:val="600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65F" w:rsidRPr="00417E53" w:rsidRDefault="00FC465F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>
              <w:rPr>
                <w:rFonts w:ascii="Calibri" w:eastAsia="Times New Roman" w:hAnsi="Calibri" w:cs="Calibri"/>
                <w:lang w:val="fr-FR" w:eastAsia="fr-FR"/>
              </w:rPr>
              <w:t>Duplex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65F" w:rsidRPr="00417E53" w:rsidRDefault="00FC465F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65F" w:rsidRPr="00417E53" w:rsidRDefault="00FC465F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C465F" w:rsidRPr="00417E53" w:rsidRDefault="00FC465F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</w:p>
        </w:tc>
      </w:tr>
      <w:tr w:rsidR="00417E53" w:rsidRPr="00417E53" w:rsidTr="00417E53">
        <w:trPr>
          <w:trHeight w:val="600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Exemple d’utilisation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17E53" w:rsidRPr="00417E53" w:rsidRDefault="00417E53" w:rsidP="00417E53">
            <w:pPr>
              <w:spacing w:after="0" w:line="240" w:lineRule="auto"/>
              <w:rPr>
                <w:rFonts w:ascii="Calibri" w:eastAsia="Times New Roman" w:hAnsi="Calibri" w:cs="Calibri"/>
                <w:lang w:val="fr-FR" w:eastAsia="fr-FR"/>
              </w:rPr>
            </w:pPr>
            <w:r w:rsidRPr="00417E53">
              <w:rPr>
                <w:rFonts w:ascii="Calibri" w:eastAsia="Times New Roman" w:hAnsi="Calibri" w:cs="Calibri"/>
                <w:lang w:val="fr-FR" w:eastAsia="fr-FR"/>
              </w:rPr>
              <w:t> </w:t>
            </w:r>
          </w:p>
        </w:tc>
      </w:tr>
    </w:tbl>
    <w:p w:rsidR="00B81989" w:rsidRPr="005F160F" w:rsidRDefault="005F160F" w:rsidP="00B81989">
      <w:pPr>
        <w:pStyle w:val="Paragraphedeliste"/>
        <w:numPr>
          <w:ilvl w:val="0"/>
          <w:numId w:val="13"/>
        </w:numPr>
        <w:rPr>
          <w:lang w:val="fr-FR"/>
        </w:rPr>
      </w:pPr>
      <w:r w:rsidRPr="005F160F">
        <w:rPr>
          <w:lang w:val="fr-FR"/>
        </w:rPr>
        <w:t>Ecriture tableau Pression.csv avec 2 colonnes</w:t>
      </w:r>
      <w:r>
        <w:rPr>
          <w:lang w:val="fr-FR"/>
        </w:rPr>
        <w:t xml:space="preserve"> (N°de mesure ;  N</w:t>
      </w:r>
      <w:r w:rsidRPr="005F160F">
        <w:rPr>
          <w:vertAlign w:val="subscript"/>
          <w:lang w:val="fr-FR"/>
        </w:rPr>
        <w:t>MPX5100</w:t>
      </w:r>
      <w:r>
        <w:rPr>
          <w:lang w:val="fr-FR"/>
        </w:rPr>
        <w:t>)</w:t>
      </w:r>
      <w:r w:rsidR="00B81989">
        <w:rPr>
          <w:lang w:val="fr-FR"/>
        </w:rPr>
        <w:br/>
      </w:r>
      <w:r>
        <w:rPr>
          <w:lang w:val="fr-FR"/>
        </w:rPr>
        <w:t>+ vérification sur excel de la bonne écriture de la carte SD</w:t>
      </w:r>
      <w:r w:rsidR="00B81989">
        <w:rPr>
          <w:lang w:val="fr-FR"/>
        </w:rPr>
        <w:t xml:space="preserve"> </w:t>
      </w:r>
      <w:r w:rsidR="00B81989">
        <w:rPr>
          <w:lang w:val="fr-FR"/>
        </w:rPr>
        <w:br/>
        <w:t xml:space="preserve">+ </w:t>
      </w:r>
      <w:r w:rsidR="00B81989" w:rsidRPr="005F160F">
        <w:rPr>
          <w:lang w:val="fr-FR"/>
        </w:rPr>
        <w:t>LED RGB : vert 2s si SD OK, rouge si erreur, bleu à</w:t>
      </w:r>
      <w:r w:rsidR="00B81989">
        <w:rPr>
          <w:lang w:val="fr-FR"/>
        </w:rPr>
        <w:t xml:space="preserve"> l’écriture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5F160F" w:rsidRPr="00B81989" w:rsidTr="007F3C5A">
        <w:tc>
          <w:tcPr>
            <w:tcW w:w="1830" w:type="dxa"/>
            <w:vMerge w:val="restart"/>
            <w:vAlign w:val="center"/>
          </w:tcPr>
          <w:p w:rsidR="005F160F" w:rsidRDefault="005F160F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1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5F160F" w:rsidRDefault="005F160F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5F160F" w:rsidRDefault="005F160F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5F160F" w:rsidRDefault="005F160F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5F160F" w:rsidRDefault="005F160F" w:rsidP="005F160F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4</w:t>
            </w:r>
          </w:p>
        </w:tc>
      </w:tr>
      <w:tr w:rsidR="005F160F" w:rsidRPr="00B81989" w:rsidTr="007F3C5A">
        <w:tc>
          <w:tcPr>
            <w:tcW w:w="1830" w:type="dxa"/>
            <w:vMerge/>
          </w:tcPr>
          <w:p w:rsidR="005F160F" w:rsidRDefault="005F160F" w:rsidP="007F3C5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5F160F" w:rsidRDefault="005F160F" w:rsidP="007F3C5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5F160F" w:rsidRPr="00346AAE" w:rsidRDefault="005F160F" w:rsidP="007F3C5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5F160F" w:rsidRDefault="005F160F" w:rsidP="007F3C5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5F160F" w:rsidRDefault="005F160F" w:rsidP="007F3C5A">
            <w:pPr>
              <w:rPr>
                <w:lang w:val="fr-FR"/>
              </w:rPr>
            </w:pPr>
          </w:p>
        </w:tc>
      </w:tr>
    </w:tbl>
    <w:p w:rsidR="005F160F" w:rsidRPr="005F160F" w:rsidRDefault="005F160F" w:rsidP="005F160F">
      <w:pPr>
        <w:rPr>
          <w:lang w:val="fr-FR"/>
        </w:rPr>
      </w:pPr>
    </w:p>
    <w:p w:rsidR="005F160F" w:rsidRPr="00821B8C" w:rsidRDefault="00821B8C" w:rsidP="005F160F">
      <w:pPr>
        <w:pStyle w:val="Titre1"/>
        <w:rPr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8240" behindDoc="1" locked="0" layoutInCell="1" allowOverlap="1" wp14:anchorId="5FEBF763" wp14:editId="7A7E8866">
            <wp:simplePos x="0" y="0"/>
            <wp:positionH relativeFrom="column">
              <wp:posOffset>4824095</wp:posOffset>
            </wp:positionH>
            <wp:positionV relativeFrom="paragraph">
              <wp:posOffset>-561975</wp:posOffset>
            </wp:positionV>
            <wp:extent cx="1576129" cy="2217420"/>
            <wp:effectExtent l="0" t="0" r="5080" b="0"/>
            <wp:wrapNone/>
            <wp:docPr id="2" name="Image 2" descr="http://bts2m.free.fr/TP_Arduino/Images/Data_Press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bts2m.free.fr/TP_Arduino/Images/Data_Pressi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129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160F" w:rsidRPr="00B81989">
        <w:rPr>
          <w:lang w:val="fr-FR"/>
        </w:rPr>
        <w:t>3) Réalisation d’un datalogger :</w:t>
      </w:r>
    </w:p>
    <w:p w:rsidR="001B403C" w:rsidRDefault="00417E53" w:rsidP="001F684A">
      <w:pPr>
        <w:pStyle w:val="Titre2"/>
        <w:rPr>
          <w:lang w:val="fr-FR"/>
        </w:rPr>
      </w:pPr>
      <w:r w:rsidRPr="00417E53">
        <w:rPr>
          <w:lang w:val="fr-FR"/>
        </w:rPr>
        <w:t>1)</w:t>
      </w:r>
      <w:r w:rsidR="001F684A">
        <w:rPr>
          <w:lang w:val="fr-FR"/>
        </w:rPr>
        <w:t xml:space="preserve">  </w:t>
      </w:r>
      <w:r w:rsidR="00B81989">
        <w:rPr>
          <w:lang w:val="fr-FR"/>
        </w:rPr>
        <w:t>Expliquer la relation P(V</w:t>
      </w:r>
      <w:r w:rsidR="00B81989" w:rsidRPr="00B81989">
        <w:rPr>
          <w:vertAlign w:val="subscript"/>
          <w:lang w:val="fr-FR"/>
        </w:rPr>
        <w:t>MPX</w:t>
      </w:r>
      <w:r w:rsidRPr="00417E53">
        <w:rPr>
          <w:lang w:val="fr-FR"/>
        </w:rPr>
        <w:t xml:space="preserve">) </w:t>
      </w:r>
      <w:r w:rsidR="005F160F">
        <w:rPr>
          <w:lang w:val="fr-FR"/>
        </w:rPr>
        <w:t xml:space="preserve"> </w:t>
      </w:r>
      <w:r w:rsidR="005F160F" w:rsidRPr="005F160F">
        <w:rPr>
          <w:lang w:val="fr-FR"/>
        </w:rPr>
        <w:t>du pressiomètre Jeulin</w:t>
      </w:r>
      <w:r w:rsidR="005F160F">
        <w:rPr>
          <w:lang w:val="fr-FR"/>
        </w:rPr>
        <w:t xml:space="preserve"> </w:t>
      </w:r>
      <w:r w:rsidRPr="00417E53">
        <w:rPr>
          <w:lang w:val="fr-FR"/>
        </w:rPr>
        <w:t>:</w:t>
      </w:r>
    </w:p>
    <w:p w:rsidR="00B8330C" w:rsidRPr="00417E53" w:rsidRDefault="001B403C" w:rsidP="001B403C">
      <w:pPr>
        <w:spacing w:before="120" w:after="120"/>
        <w:rPr>
          <w:lang w:val="fr-FR"/>
        </w:rPr>
      </w:pPr>
      <w:r>
        <w:rPr>
          <w:lang w:val="fr-FR"/>
        </w:rPr>
        <w:t>L</w:t>
      </w:r>
      <w:r w:rsidR="00417E53" w:rsidRPr="00417E53">
        <w:rPr>
          <w:lang w:val="fr-FR"/>
        </w:rPr>
        <w:t xml:space="preserve">a pression absolue en fonction de </w:t>
      </w:r>
      <w:r w:rsidR="00B81989">
        <w:rPr>
          <w:lang w:val="fr-FR"/>
        </w:rPr>
        <w:t xml:space="preserve">n = </w:t>
      </w:r>
      <w:r w:rsidR="00417E53" w:rsidRPr="00417E53">
        <w:rPr>
          <w:lang w:val="fr-FR"/>
        </w:rPr>
        <w:t>[A] = analogRead(A1).</w:t>
      </w:r>
    </w:p>
    <w:p w:rsidR="00821B8C" w:rsidRDefault="00821B8C">
      <w:pPr>
        <w:rPr>
          <w:lang w:val="fr-FR"/>
        </w:rPr>
      </w:pPr>
      <w:r w:rsidRPr="00821B8C">
        <w:rPr>
          <w:noProof/>
          <w:lang w:val="fr-FR" w:eastAsia="fr-FR"/>
        </w:rPr>
        <w:drawing>
          <wp:anchor distT="0" distB="0" distL="114300" distR="114300" simplePos="0" relativeHeight="251661312" behindDoc="1" locked="0" layoutInCell="1" allowOverlap="1" wp14:anchorId="40E5BC01" wp14:editId="486A3BDE">
            <wp:simplePos x="0" y="0"/>
            <wp:positionH relativeFrom="column">
              <wp:posOffset>4756785</wp:posOffset>
            </wp:positionH>
            <wp:positionV relativeFrom="paragraph">
              <wp:posOffset>22860</wp:posOffset>
            </wp:positionV>
            <wp:extent cx="1637030" cy="685800"/>
            <wp:effectExtent l="0" t="0" r="127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703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684A" w:rsidRDefault="001F684A">
      <w:pPr>
        <w:rPr>
          <w:lang w:val="fr-FR"/>
        </w:rPr>
      </w:pPr>
    </w:p>
    <w:p w:rsidR="00B8330C" w:rsidRPr="00417E53" w:rsidRDefault="00417E53">
      <w:pPr>
        <w:rPr>
          <w:lang w:val="fr-FR"/>
        </w:rPr>
      </w:pPr>
      <w:r w:rsidRPr="00417E53">
        <w:rPr>
          <w:lang w:val="fr-FR"/>
        </w:rPr>
        <w:br/>
      </w:r>
    </w:p>
    <w:p w:rsidR="00B8330C" w:rsidRPr="00417E53" w:rsidRDefault="00417E53" w:rsidP="001F684A">
      <w:pPr>
        <w:pStyle w:val="Titre2"/>
        <w:rPr>
          <w:lang w:val="fr-FR"/>
        </w:rPr>
      </w:pPr>
      <w:r w:rsidRPr="00417E53">
        <w:rPr>
          <w:lang w:val="fr-FR"/>
        </w:rPr>
        <w:t>2)</w:t>
      </w:r>
      <w:r w:rsidR="001F684A">
        <w:rPr>
          <w:lang w:val="fr-FR"/>
        </w:rPr>
        <w:t xml:space="preserve">  </w:t>
      </w:r>
      <w:r w:rsidRPr="00417E53">
        <w:rPr>
          <w:lang w:val="fr-FR"/>
        </w:rPr>
        <w:t>Quelle est la sensibilité s de la sortie analogique du pressiomètre Jeulin en mV/hPa ?</w:t>
      </w:r>
    </w:p>
    <w:p w:rsidR="005F160F" w:rsidRDefault="005F160F">
      <w:pPr>
        <w:rPr>
          <w:lang w:val="fr-FR"/>
        </w:rPr>
      </w:pPr>
    </w:p>
    <w:p w:rsidR="005F160F" w:rsidRDefault="005F160F">
      <w:pPr>
        <w:rPr>
          <w:lang w:val="fr-FR"/>
        </w:rPr>
      </w:pPr>
    </w:p>
    <w:p w:rsidR="00B8330C" w:rsidRPr="00417E53" w:rsidRDefault="00417E53">
      <w:pPr>
        <w:rPr>
          <w:lang w:val="fr-FR"/>
        </w:rPr>
      </w:pPr>
      <w:r w:rsidRPr="00417E53">
        <w:rPr>
          <w:lang w:val="fr-FR"/>
        </w:rPr>
        <w:br/>
      </w:r>
    </w:p>
    <w:p w:rsidR="001F684A" w:rsidRDefault="00821B8C" w:rsidP="001F684A">
      <w:pPr>
        <w:pStyle w:val="Titre2"/>
        <w:rPr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9264" behindDoc="1" locked="0" layoutInCell="1" allowOverlap="1" wp14:anchorId="6BF36EAD" wp14:editId="74E9D5C9">
            <wp:simplePos x="0" y="0"/>
            <wp:positionH relativeFrom="column">
              <wp:posOffset>3998595</wp:posOffset>
            </wp:positionH>
            <wp:positionV relativeFrom="paragraph">
              <wp:posOffset>205105</wp:posOffset>
            </wp:positionV>
            <wp:extent cx="2493010" cy="1089660"/>
            <wp:effectExtent l="0" t="0" r="2540" b="0"/>
            <wp:wrapNone/>
            <wp:docPr id="3" name="Image 3" descr="http://bts2m.free.fr/2016/imagesArduino/S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bts2m.free.fr/2016/imagesArduino/SD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01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7E53" w:rsidRPr="00417E53">
        <w:rPr>
          <w:lang w:val="fr-FR"/>
        </w:rPr>
        <w:t>3)</w:t>
      </w:r>
      <w:r w:rsidR="001F684A">
        <w:rPr>
          <w:lang w:val="fr-FR"/>
        </w:rPr>
        <w:t xml:space="preserve"> </w:t>
      </w:r>
      <w:r w:rsidR="00417E53" w:rsidRPr="00417E53">
        <w:rPr>
          <w:lang w:val="fr-FR"/>
        </w:rPr>
        <w:t>Mesurer le courant moyen consommé par votre datalogger.</w:t>
      </w:r>
    </w:p>
    <w:p w:rsidR="00821B8C" w:rsidRDefault="00417E53" w:rsidP="001F684A">
      <w:pPr>
        <w:rPr>
          <w:lang w:val="fr-FR"/>
        </w:rPr>
      </w:pPr>
      <w:r w:rsidRPr="00417E53">
        <w:rPr>
          <w:lang w:val="fr-FR"/>
        </w:rPr>
        <w:t>- Estimer l’autonomie (batterie 600 mAh).</w:t>
      </w:r>
    </w:p>
    <w:p w:rsidR="00821B8C" w:rsidRDefault="00821B8C" w:rsidP="001F684A">
      <w:pPr>
        <w:rPr>
          <w:lang w:val="fr-FR"/>
        </w:rPr>
      </w:pPr>
      <w:r>
        <w:rPr>
          <w:lang w:val="fr-FR"/>
        </w:rPr>
        <w:t>Courant consommé = ____________</w:t>
      </w:r>
    </w:p>
    <w:p w:rsidR="00821B8C" w:rsidRDefault="00821B8C" w:rsidP="001F684A">
      <w:pPr>
        <w:rPr>
          <w:lang w:val="fr-FR"/>
        </w:rPr>
      </w:pPr>
    </w:p>
    <w:p w:rsidR="00821B8C" w:rsidRDefault="00821B8C" w:rsidP="001F684A">
      <w:pPr>
        <w:rPr>
          <w:lang w:val="fr-FR"/>
        </w:rPr>
      </w:pPr>
      <w:r>
        <w:rPr>
          <w:lang w:val="fr-FR"/>
        </w:rPr>
        <w:t>Q=600 mAh =I*t =&gt; t= ____________________</w:t>
      </w:r>
    </w:p>
    <w:p w:rsidR="005F160F" w:rsidRDefault="005F160F">
      <w:pPr>
        <w:rPr>
          <w:lang w:val="fr-FR"/>
        </w:rPr>
      </w:pPr>
    </w:p>
    <w:p w:rsidR="005F160F" w:rsidRDefault="005F160F">
      <w:pPr>
        <w:rPr>
          <w:lang w:val="fr-FR"/>
        </w:rPr>
      </w:pPr>
    </w:p>
    <w:p w:rsidR="005F160F" w:rsidRDefault="005F160F">
      <w:pPr>
        <w:rPr>
          <w:lang w:val="fr-FR"/>
        </w:rPr>
      </w:pPr>
    </w:p>
    <w:p w:rsidR="001F684A" w:rsidRDefault="001F684A">
      <w:pPr>
        <w:rPr>
          <w:lang w:val="fr-FR"/>
        </w:rPr>
      </w:pPr>
    </w:p>
    <w:p w:rsidR="001F684A" w:rsidRDefault="005F160F" w:rsidP="005F160F">
      <w:pPr>
        <w:rPr>
          <w:lang w:val="fr-FR"/>
        </w:rPr>
      </w:pPr>
      <w:r>
        <w:rPr>
          <w:lang w:val="fr-FR"/>
        </w:rPr>
        <w:t>F</w:t>
      </w:r>
      <w:r w:rsidRPr="005F160F">
        <w:rPr>
          <w:lang w:val="fr-FR"/>
        </w:rPr>
        <w:t>aites valider par le professeur la partie Datalogger</w:t>
      </w:r>
      <w:r>
        <w:rPr>
          <w:lang w:val="fr-FR"/>
        </w:rPr>
        <w:t> correspondant au cahier des charges</w:t>
      </w:r>
      <w:r w:rsidR="00867C8B">
        <w:rPr>
          <w:lang w:val="fr-FR"/>
        </w:rPr>
        <w:t> :</w:t>
      </w:r>
    </w:p>
    <w:p w:rsidR="00821B8C" w:rsidRDefault="00821B8C" w:rsidP="005F160F">
      <w:pPr>
        <w:pStyle w:val="Paragraphedeliste"/>
        <w:numPr>
          <w:ilvl w:val="0"/>
          <w:numId w:val="13"/>
        </w:numPr>
        <w:rPr>
          <w:lang w:val="fr-FR"/>
        </w:rPr>
      </w:pPr>
      <w:r>
        <w:rPr>
          <w:lang w:val="fr-FR"/>
        </w:rPr>
        <w:t>Réaliser le montage avec carte SD + Presiomètre Jeulin SA + MPX5100</w:t>
      </w:r>
    </w:p>
    <w:p w:rsidR="00821B8C" w:rsidRDefault="00821B8C" w:rsidP="005F160F">
      <w:pPr>
        <w:pStyle w:val="Paragraphedeliste"/>
        <w:numPr>
          <w:ilvl w:val="0"/>
          <w:numId w:val="13"/>
        </w:numPr>
        <w:rPr>
          <w:lang w:val="fr-FR"/>
        </w:rPr>
      </w:pPr>
      <w:r>
        <w:rPr>
          <w:lang w:val="fr-FR"/>
        </w:rPr>
        <w:t>Présenter votre programme</w:t>
      </w:r>
    </w:p>
    <w:p w:rsidR="005F160F" w:rsidRDefault="005F160F" w:rsidP="005F160F">
      <w:pPr>
        <w:pStyle w:val="Paragraphedeliste"/>
        <w:numPr>
          <w:ilvl w:val="0"/>
          <w:numId w:val="13"/>
        </w:numPr>
        <w:rPr>
          <w:lang w:val="fr-FR"/>
        </w:rPr>
      </w:pPr>
      <w:r>
        <w:rPr>
          <w:lang w:val="fr-FR"/>
        </w:rPr>
        <w:t>Mesure toutes les 0,5s</w:t>
      </w:r>
    </w:p>
    <w:p w:rsidR="005F160F" w:rsidRDefault="005F160F" w:rsidP="005F160F">
      <w:pPr>
        <w:pStyle w:val="Paragraphedeliste"/>
        <w:numPr>
          <w:ilvl w:val="0"/>
          <w:numId w:val="13"/>
        </w:numPr>
        <w:rPr>
          <w:lang w:val="fr-FR"/>
        </w:rPr>
      </w:pPr>
      <w:r>
        <w:rPr>
          <w:lang w:val="fr-FR"/>
        </w:rPr>
        <w:t xml:space="preserve">Déclenchement mesure si </w:t>
      </w:r>
      <w:r w:rsidR="00867C8B">
        <w:rPr>
          <w:lang w:val="fr-FR"/>
        </w:rPr>
        <w:t>P</w:t>
      </w:r>
      <w:r w:rsidRPr="005F160F">
        <w:rPr>
          <w:lang w:val="fr-FR"/>
        </w:rPr>
        <w:t>Jeulin &lt; 980 et PJeulin &gt; 100 hPa</w:t>
      </w:r>
    </w:p>
    <w:p w:rsidR="005F160F" w:rsidRDefault="005F160F" w:rsidP="005F160F">
      <w:pPr>
        <w:pStyle w:val="Paragraphedeliste"/>
        <w:numPr>
          <w:ilvl w:val="0"/>
          <w:numId w:val="13"/>
        </w:numPr>
        <w:rPr>
          <w:lang w:val="fr-FR"/>
        </w:rPr>
      </w:pPr>
      <w:r w:rsidRPr="005F160F">
        <w:rPr>
          <w:lang w:val="fr-FR"/>
        </w:rPr>
        <w:t>2 mesures :  PJeulin;V</w:t>
      </w:r>
      <w:r w:rsidRPr="00867C8B">
        <w:rPr>
          <w:vertAlign w:val="subscript"/>
          <w:lang w:val="fr-FR"/>
        </w:rPr>
        <w:t>MPX5100</w:t>
      </w:r>
      <w:r w:rsidRPr="005F160F">
        <w:rPr>
          <w:lang w:val="fr-FR"/>
        </w:rPr>
        <w:t xml:space="preserve"> dans un tableau au format csv (séparate</w:t>
      </w:r>
      <w:r>
        <w:rPr>
          <w:lang w:val="fr-FR"/>
        </w:rPr>
        <w:t>ur « ; »</w:t>
      </w:r>
    </w:p>
    <w:p w:rsidR="005F160F" w:rsidRPr="005F160F" w:rsidRDefault="005F160F" w:rsidP="005F160F">
      <w:pPr>
        <w:pStyle w:val="Paragraphedeliste"/>
        <w:numPr>
          <w:ilvl w:val="0"/>
          <w:numId w:val="13"/>
        </w:numPr>
        <w:rPr>
          <w:lang w:val="fr-FR"/>
        </w:rPr>
      </w:pPr>
      <w:r w:rsidRPr="005F160F">
        <w:rPr>
          <w:lang w:val="fr-FR"/>
        </w:rPr>
        <w:t>LED RGB : vert 2s si SD OK, rouge si erreur, bleu à</w:t>
      </w:r>
      <w:r>
        <w:rPr>
          <w:lang w:val="fr-FR"/>
        </w:rPr>
        <w:t xml:space="preserve"> l’écriture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5F160F" w:rsidTr="007F3C5A">
        <w:tc>
          <w:tcPr>
            <w:tcW w:w="1830" w:type="dxa"/>
            <w:vMerge w:val="restart"/>
            <w:vAlign w:val="center"/>
          </w:tcPr>
          <w:p w:rsidR="005F160F" w:rsidRDefault="005F160F" w:rsidP="005F160F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2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5F160F" w:rsidRDefault="005F160F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5F160F" w:rsidRDefault="005F160F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5F160F" w:rsidRDefault="005F160F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5F160F" w:rsidRDefault="005F160F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4</w:t>
            </w:r>
          </w:p>
        </w:tc>
      </w:tr>
      <w:tr w:rsidR="005F160F" w:rsidTr="007F3C5A">
        <w:tc>
          <w:tcPr>
            <w:tcW w:w="1830" w:type="dxa"/>
            <w:vMerge/>
          </w:tcPr>
          <w:p w:rsidR="005F160F" w:rsidRDefault="005F160F" w:rsidP="007F3C5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5F160F" w:rsidRDefault="005F160F" w:rsidP="007F3C5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5F160F" w:rsidRPr="00346AAE" w:rsidRDefault="005F160F" w:rsidP="007F3C5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5F160F" w:rsidRDefault="005F160F" w:rsidP="007F3C5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5F160F" w:rsidRDefault="005F160F" w:rsidP="007F3C5A">
            <w:pPr>
              <w:rPr>
                <w:lang w:val="fr-FR"/>
              </w:rPr>
            </w:pPr>
          </w:p>
        </w:tc>
      </w:tr>
    </w:tbl>
    <w:p w:rsidR="005F160F" w:rsidRDefault="00821B8C" w:rsidP="005F160F">
      <w:pPr>
        <w:pStyle w:val="Titre1"/>
        <w:rPr>
          <w:lang w:val="fr-FR"/>
        </w:rPr>
      </w:pPr>
      <w:r>
        <w:rPr>
          <w:noProof/>
          <w:lang w:val="fr-FR" w:eastAsia="fr-FR"/>
        </w:rPr>
        <w:lastRenderedPageBreak/>
        <w:drawing>
          <wp:anchor distT="0" distB="0" distL="114300" distR="114300" simplePos="0" relativeHeight="251660288" behindDoc="1" locked="0" layoutInCell="1" allowOverlap="1" wp14:anchorId="19F608D5" wp14:editId="0EBD910C">
            <wp:simplePos x="0" y="0"/>
            <wp:positionH relativeFrom="column">
              <wp:posOffset>4297680</wp:posOffset>
            </wp:positionH>
            <wp:positionV relativeFrom="paragraph">
              <wp:posOffset>-455295</wp:posOffset>
            </wp:positionV>
            <wp:extent cx="2255520" cy="2190143"/>
            <wp:effectExtent l="0" t="0" r="0" b="635"/>
            <wp:wrapNone/>
            <wp:docPr id="4" name="Image 4" descr="http://bts2m.free.fr/2016/imagesArduino/data%20Pressio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bts2m.free.fr/2016/imagesArduino/data%20Pression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73" r="26400"/>
                    <a:stretch/>
                  </pic:blipFill>
                  <pic:spPr bwMode="auto">
                    <a:xfrm>
                      <a:off x="0" y="0"/>
                      <a:ext cx="2255520" cy="219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160F" w:rsidRPr="005F160F">
        <w:rPr>
          <w:lang w:val="fr-FR"/>
        </w:rPr>
        <w:t>4) Étalonnage</w:t>
      </w:r>
      <w:r w:rsidRPr="00821B8C">
        <w:t xml:space="preserve"> </w:t>
      </w:r>
    </w:p>
    <w:p w:rsidR="001F684A" w:rsidRDefault="00417E53" w:rsidP="001F684A">
      <w:pPr>
        <w:pStyle w:val="Titre2"/>
        <w:rPr>
          <w:lang w:val="fr-FR"/>
        </w:rPr>
      </w:pPr>
      <w:r w:rsidRPr="00417E53">
        <w:rPr>
          <w:lang w:val="fr-FR"/>
        </w:rPr>
        <w:t>4)Réaliser une série de mesures avec la cloche à vide.</w:t>
      </w:r>
    </w:p>
    <w:p w:rsidR="00B8330C" w:rsidRPr="00417E53" w:rsidRDefault="00417E53" w:rsidP="001F684A">
      <w:pPr>
        <w:rPr>
          <w:lang w:val="fr-FR"/>
        </w:rPr>
      </w:pPr>
      <w:r w:rsidRPr="00417E53">
        <w:rPr>
          <w:lang w:val="fr-FR"/>
        </w:rPr>
        <w:t>- Vérifier l’enregistrement.</w:t>
      </w:r>
      <w:r w:rsidRPr="00417E53">
        <w:rPr>
          <w:lang w:val="fr-FR"/>
        </w:rPr>
        <w:br/>
        <w:t xml:space="preserve">- Quelle est la plus petite pression mesurée correctement </w:t>
      </w:r>
      <w:r w:rsidR="00821B8C">
        <w:rPr>
          <w:lang w:val="fr-FR"/>
        </w:rPr>
        <w:br/>
      </w:r>
      <w:r w:rsidRPr="00417E53">
        <w:rPr>
          <w:lang w:val="fr-FR"/>
        </w:rPr>
        <w:t>par le MPX5100 ?</w:t>
      </w:r>
    </w:p>
    <w:p w:rsidR="001F684A" w:rsidRDefault="00417E53">
      <w:pPr>
        <w:rPr>
          <w:lang w:val="fr-FR"/>
        </w:rPr>
      </w:pPr>
      <w:r w:rsidRPr="00417E53">
        <w:rPr>
          <w:lang w:val="fr-FR"/>
        </w:rPr>
        <w:br/>
      </w:r>
    </w:p>
    <w:p w:rsidR="00B8330C" w:rsidRPr="00417E53" w:rsidRDefault="00417E53">
      <w:pPr>
        <w:rPr>
          <w:lang w:val="fr-FR"/>
        </w:rPr>
      </w:pPr>
      <w:r w:rsidRPr="00417E53">
        <w:rPr>
          <w:lang w:val="fr-FR"/>
        </w:rPr>
        <w:br/>
      </w:r>
    </w:p>
    <w:p w:rsidR="001F684A" w:rsidRDefault="00417E53" w:rsidP="001F684A">
      <w:pPr>
        <w:pStyle w:val="Titre2"/>
        <w:rPr>
          <w:lang w:val="fr-FR"/>
        </w:rPr>
      </w:pPr>
      <w:r w:rsidRPr="00417E53">
        <w:rPr>
          <w:lang w:val="fr-FR"/>
        </w:rPr>
        <w:t>5)</w:t>
      </w:r>
      <w:r w:rsidR="00867C8B">
        <w:rPr>
          <w:lang w:val="fr-FR"/>
        </w:rPr>
        <w:t xml:space="preserve"> </w:t>
      </w:r>
      <w:r w:rsidRPr="00417E53">
        <w:rPr>
          <w:lang w:val="fr-FR"/>
        </w:rPr>
        <w:t>Répétabilité : réaliser 2 séries supp</w:t>
      </w:r>
      <w:r w:rsidR="00821B8C" w:rsidRPr="00821B8C">
        <w:rPr>
          <w:noProof/>
          <w:lang w:val="fr-FR" w:eastAsia="fr-FR"/>
        </w:rPr>
        <w:t xml:space="preserve"> </w:t>
      </w:r>
      <w:r w:rsidR="00821B8C" w:rsidRPr="00821B8C">
        <w:rPr>
          <w:lang w:val="fr-FR"/>
        </w:rPr>
        <w:t xml:space="preserve"> </w:t>
      </w:r>
      <w:r w:rsidRPr="00417E53">
        <w:rPr>
          <w:lang w:val="fr-FR"/>
        </w:rPr>
        <w:t>lémentaires.</w:t>
      </w:r>
    </w:p>
    <w:p w:rsidR="00B8330C" w:rsidRDefault="00417E53" w:rsidP="001F684A">
      <w:pPr>
        <w:rPr>
          <w:lang w:val="fr-FR"/>
        </w:rPr>
      </w:pPr>
      <w:r w:rsidRPr="001F684A">
        <w:rPr>
          <w:lang w:val="fr-FR"/>
        </w:rPr>
        <w:t>- Éliminer points redondants/hors gamme.</w:t>
      </w:r>
      <w:r w:rsidRPr="001F684A">
        <w:rPr>
          <w:lang w:val="fr-FR"/>
        </w:rPr>
        <w:br/>
        <w:t xml:space="preserve">- Tracer </w:t>
      </w:r>
      <w:r w:rsidR="00867C8B">
        <w:rPr>
          <w:lang w:val="fr-FR"/>
        </w:rPr>
        <w:t>les 3 séries sur un même graphe excel</w:t>
      </w:r>
    </w:p>
    <w:p w:rsidR="00872DB7" w:rsidRDefault="00872DB7" w:rsidP="001F684A">
      <w:pPr>
        <w:rPr>
          <w:lang w:val="fr-FR"/>
        </w:rPr>
      </w:pPr>
      <w:r w:rsidRPr="00872DB7">
        <w:rPr>
          <w:lang w:val="fr-FR"/>
        </w:rPr>
        <w:t>Ce capteur vous semble-t-il fidèle ?</w:t>
      </w:r>
      <w:r>
        <w:rPr>
          <w:lang w:val="fr-FR"/>
        </w:rPr>
        <w:t xml:space="preserve"> (justifier votre réponse)</w:t>
      </w:r>
    </w:p>
    <w:p w:rsidR="00872DB7" w:rsidRPr="00872DB7" w:rsidRDefault="00872DB7" w:rsidP="001F684A">
      <w:pPr>
        <w:rPr>
          <w:lang w:val="fr-FR"/>
        </w:rPr>
      </w:pPr>
    </w:p>
    <w:p w:rsidR="00872DB7" w:rsidRDefault="00872DB7" w:rsidP="001F684A">
      <w:pPr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872DB7" w:rsidTr="007F3C5A">
        <w:tc>
          <w:tcPr>
            <w:tcW w:w="1830" w:type="dxa"/>
            <w:vMerge w:val="restart"/>
            <w:vAlign w:val="center"/>
          </w:tcPr>
          <w:p w:rsidR="00872DB7" w:rsidRDefault="00872DB7" w:rsidP="00872DB7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3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872DB7" w:rsidRDefault="00872DB7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872DB7" w:rsidRDefault="00872DB7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872DB7" w:rsidRDefault="00872DB7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872DB7" w:rsidRDefault="00872DB7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4</w:t>
            </w:r>
          </w:p>
        </w:tc>
      </w:tr>
      <w:tr w:rsidR="00872DB7" w:rsidTr="007F3C5A">
        <w:tc>
          <w:tcPr>
            <w:tcW w:w="1830" w:type="dxa"/>
            <w:vMerge/>
          </w:tcPr>
          <w:p w:rsidR="00872DB7" w:rsidRDefault="00872DB7" w:rsidP="007F3C5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872DB7" w:rsidRDefault="00872DB7" w:rsidP="007F3C5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872DB7" w:rsidRPr="00346AAE" w:rsidRDefault="00872DB7" w:rsidP="007F3C5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872DB7" w:rsidRDefault="00872DB7" w:rsidP="007F3C5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872DB7" w:rsidRDefault="00872DB7" w:rsidP="007F3C5A">
            <w:pPr>
              <w:rPr>
                <w:lang w:val="fr-FR"/>
              </w:rPr>
            </w:pPr>
          </w:p>
        </w:tc>
      </w:tr>
    </w:tbl>
    <w:p w:rsidR="001F684A" w:rsidRDefault="00417E53" w:rsidP="001F684A">
      <w:pPr>
        <w:pStyle w:val="Titre2"/>
        <w:rPr>
          <w:lang w:val="fr-FR"/>
        </w:rPr>
      </w:pPr>
      <w:r w:rsidRPr="00417E53">
        <w:rPr>
          <w:lang w:val="fr-FR"/>
        </w:rPr>
        <w:t>6)</w:t>
      </w:r>
      <w:r w:rsidR="007C1665">
        <w:rPr>
          <w:lang w:val="fr-FR"/>
        </w:rPr>
        <w:t xml:space="preserve"> </w:t>
      </w:r>
      <w:r w:rsidRPr="00417E53">
        <w:rPr>
          <w:lang w:val="fr-FR"/>
        </w:rPr>
        <w:t>Établir la droite de régression linéaire.</w:t>
      </w:r>
    </w:p>
    <w:p w:rsidR="00867C8B" w:rsidRDefault="00417E53" w:rsidP="001F684A">
      <w:pPr>
        <w:rPr>
          <w:lang w:val="fr-FR"/>
        </w:rPr>
      </w:pPr>
      <w:r w:rsidRPr="00417E53">
        <w:rPr>
          <w:lang w:val="fr-FR"/>
        </w:rPr>
        <w:t>- Quelle est la se</w:t>
      </w:r>
      <w:r w:rsidR="007966E8">
        <w:rPr>
          <w:lang w:val="fr-FR"/>
        </w:rPr>
        <w:t>nsibilité de notre capteur (mV/h</w:t>
      </w:r>
      <w:r w:rsidRPr="00417E53">
        <w:rPr>
          <w:lang w:val="fr-FR"/>
        </w:rPr>
        <w:t>Pa) ?</w:t>
      </w:r>
      <w:r w:rsidR="007966E8">
        <w:rPr>
          <w:lang w:val="fr-FR"/>
        </w:rPr>
        <w:t xml:space="preserve">   s</w:t>
      </w:r>
      <w:r w:rsidR="007966E8" w:rsidRPr="007966E8">
        <w:rPr>
          <w:vertAlign w:val="subscript"/>
          <w:lang w:val="fr-FR"/>
        </w:rPr>
        <w:t>exp</w:t>
      </w:r>
      <w:r w:rsidR="007966E8">
        <w:rPr>
          <w:lang w:val="fr-FR"/>
        </w:rPr>
        <w:t xml:space="preserve"> = _________mV/kPa      s</w:t>
      </w:r>
      <w:r w:rsidR="007966E8" w:rsidRPr="007966E8">
        <w:rPr>
          <w:vertAlign w:val="subscript"/>
          <w:lang w:val="fr-FR"/>
        </w:rPr>
        <w:t>exp</w:t>
      </w:r>
      <w:r w:rsidR="007966E8">
        <w:rPr>
          <w:lang w:val="fr-FR"/>
        </w:rPr>
        <w:t xml:space="preserve"> = _________mV/hPa  </w:t>
      </w:r>
    </w:p>
    <w:p w:rsidR="00867C8B" w:rsidRDefault="00417E53" w:rsidP="001F684A">
      <w:pPr>
        <w:rPr>
          <w:lang w:val="fr-FR"/>
        </w:rPr>
      </w:pPr>
      <w:r w:rsidRPr="00417E53">
        <w:rPr>
          <w:lang w:val="fr-FR"/>
        </w:rPr>
        <w:t>- Comparer avec celle du constructeur.</w:t>
      </w:r>
      <w:r w:rsidR="007966E8">
        <w:rPr>
          <w:lang w:val="fr-FR"/>
        </w:rPr>
        <w:t xml:space="preserve"> S</w:t>
      </w:r>
      <w:r w:rsidR="007966E8">
        <w:rPr>
          <w:vertAlign w:val="subscript"/>
          <w:lang w:val="fr-FR"/>
        </w:rPr>
        <w:t>constructeur</w:t>
      </w:r>
      <w:r w:rsidR="007966E8">
        <w:rPr>
          <w:lang w:val="fr-FR"/>
        </w:rPr>
        <w:t xml:space="preserve"> = _________mV/kPa      </w:t>
      </w:r>
    </w:p>
    <w:p w:rsidR="00B8330C" w:rsidRDefault="00417E53" w:rsidP="001F684A">
      <w:pPr>
        <w:rPr>
          <w:lang w:val="fr-FR"/>
        </w:rPr>
      </w:pPr>
      <w:r w:rsidRPr="00417E53">
        <w:rPr>
          <w:lang w:val="fr-FR"/>
        </w:rPr>
        <w:t xml:space="preserve">- Calculer l’erreur </w:t>
      </w:r>
      <w:r w:rsidR="007966E8">
        <w:rPr>
          <w:lang w:val="fr-FR"/>
        </w:rPr>
        <w:t>relative entre s</w:t>
      </w:r>
      <w:r w:rsidR="007966E8" w:rsidRPr="007966E8">
        <w:rPr>
          <w:vertAlign w:val="subscript"/>
          <w:lang w:val="fr-FR"/>
        </w:rPr>
        <w:t>exp</w:t>
      </w:r>
      <w:r w:rsidR="007966E8" w:rsidRPr="007966E8">
        <w:rPr>
          <w:lang w:val="fr-FR"/>
        </w:rPr>
        <w:t xml:space="preserve"> et </w:t>
      </w:r>
      <w:r w:rsidR="007966E8">
        <w:rPr>
          <w:lang w:val="fr-FR"/>
        </w:rPr>
        <w:t xml:space="preserve"> S</w:t>
      </w:r>
      <w:r w:rsidR="007966E8">
        <w:rPr>
          <w:vertAlign w:val="subscript"/>
          <w:lang w:val="fr-FR"/>
        </w:rPr>
        <w:t>constructeur</w:t>
      </w:r>
      <w:r w:rsidR="007966E8">
        <w:rPr>
          <w:lang w:val="fr-FR"/>
        </w:rPr>
        <w:t xml:space="preserve"> </w:t>
      </w:r>
      <w:r w:rsidRPr="00417E53">
        <w:rPr>
          <w:lang w:val="fr-FR"/>
        </w:rPr>
        <w:t>en %.</w:t>
      </w:r>
    </w:p>
    <w:p w:rsidR="007966E8" w:rsidRPr="00417E53" w:rsidRDefault="007966E8" w:rsidP="001F684A">
      <w:pPr>
        <w:rPr>
          <w:lang w:val="fr-FR"/>
        </w:rPr>
      </w:pPr>
    </w:p>
    <w:p w:rsidR="00B8330C" w:rsidRPr="00821B8C" w:rsidRDefault="00417E53" w:rsidP="001F684A">
      <w:pPr>
        <w:pStyle w:val="Titre2"/>
        <w:rPr>
          <w:lang w:val="fr-FR"/>
        </w:rPr>
      </w:pPr>
      <w:r w:rsidRPr="00417E53">
        <w:rPr>
          <w:lang w:val="fr-FR"/>
        </w:rPr>
        <w:t>7)</w:t>
      </w:r>
      <w:r w:rsidR="001F684A">
        <w:rPr>
          <w:lang w:val="fr-FR"/>
        </w:rPr>
        <w:t xml:space="preserve">  </w:t>
      </w:r>
      <w:r w:rsidRPr="00417E53">
        <w:rPr>
          <w:lang w:val="fr-FR"/>
        </w:rPr>
        <w:t>Exprimer la pression P (hPa) en fonction de Vout (V).</w:t>
      </w:r>
      <w:r w:rsidR="00821B8C" w:rsidRPr="00821B8C">
        <w:rPr>
          <w:lang w:val="fr-FR"/>
        </w:rPr>
        <w:t xml:space="preserve"> </w:t>
      </w:r>
    </w:p>
    <w:p w:rsidR="00B8330C" w:rsidRPr="00417E53" w:rsidRDefault="00417E53">
      <w:pPr>
        <w:rPr>
          <w:lang w:val="fr-FR"/>
        </w:rPr>
      </w:pPr>
      <w:r w:rsidRPr="00417E53">
        <w:rPr>
          <w:lang w:val="fr-FR"/>
        </w:rPr>
        <w:br/>
      </w:r>
      <w:r w:rsidRPr="00417E53">
        <w:rPr>
          <w:lang w:val="fr-FR"/>
        </w:rPr>
        <w:br/>
      </w:r>
    </w:p>
    <w:p w:rsidR="00B8330C" w:rsidRPr="00417E53" w:rsidRDefault="00417E53" w:rsidP="001F684A">
      <w:pPr>
        <w:pStyle w:val="Titre2"/>
        <w:rPr>
          <w:lang w:val="fr-FR"/>
        </w:rPr>
      </w:pPr>
      <w:r w:rsidRPr="00417E53">
        <w:rPr>
          <w:lang w:val="fr-FR"/>
        </w:rPr>
        <w:t>8)</w:t>
      </w:r>
      <w:r w:rsidR="001F684A">
        <w:rPr>
          <w:lang w:val="fr-FR"/>
        </w:rPr>
        <w:t xml:space="preserve"> </w:t>
      </w:r>
      <w:r w:rsidRPr="00417E53">
        <w:rPr>
          <w:lang w:val="fr-FR"/>
        </w:rPr>
        <w:t>Incertitude de l’étalon Jeulin d’après la notice.</w:t>
      </w:r>
      <w:r w:rsidR="001F684A">
        <w:rPr>
          <w:lang w:val="fr-FR"/>
        </w:rPr>
        <w:t xml:space="preserve"> </w:t>
      </w:r>
      <w:r w:rsidRPr="00417E53">
        <w:rPr>
          <w:lang w:val="fr-FR"/>
        </w:rPr>
        <w:t>Uétalon = ……………</w:t>
      </w:r>
    </w:p>
    <w:p w:rsidR="001F684A" w:rsidRDefault="00417E53" w:rsidP="001F684A">
      <w:pPr>
        <w:pStyle w:val="Titre2"/>
        <w:rPr>
          <w:lang w:val="fr-FR"/>
        </w:rPr>
      </w:pPr>
      <w:r w:rsidRPr="00417E53">
        <w:rPr>
          <w:lang w:val="fr-FR"/>
        </w:rPr>
        <w:br/>
        <w:t>9)</w:t>
      </w:r>
      <w:r w:rsidR="001F684A">
        <w:rPr>
          <w:lang w:val="fr-FR"/>
        </w:rPr>
        <w:t xml:space="preserve"> </w:t>
      </w:r>
      <w:r w:rsidRPr="00417E53">
        <w:rPr>
          <w:lang w:val="fr-FR"/>
        </w:rPr>
        <w:t>Incertitude élargie de l’Arduino.</w:t>
      </w:r>
    </w:p>
    <w:p w:rsidR="001F684A" w:rsidRPr="001B403C" w:rsidRDefault="00417E53" w:rsidP="001B403C">
      <w:pPr>
        <w:pStyle w:val="Paragraphedeliste"/>
        <w:numPr>
          <w:ilvl w:val="0"/>
          <w:numId w:val="12"/>
        </w:numPr>
        <w:spacing w:before="120" w:after="0"/>
        <w:ind w:left="1077" w:hanging="357"/>
        <w:contextualSpacing w:val="0"/>
        <w:rPr>
          <w:lang w:val="fr-FR"/>
        </w:rPr>
      </w:pPr>
      <w:r w:rsidRPr="001B403C">
        <w:rPr>
          <w:lang w:val="fr-FR"/>
        </w:rPr>
        <w:t>Quantum de l’Arduino</w:t>
      </w:r>
      <w:r w:rsidR="00872DB7">
        <w:rPr>
          <w:lang w:val="fr-FR"/>
        </w:rPr>
        <w:t xml:space="preserve"> (en V)</w:t>
      </w:r>
      <w:r w:rsidRPr="001B403C">
        <w:rPr>
          <w:lang w:val="fr-FR"/>
        </w:rPr>
        <w:t xml:space="preserve"> ?</w:t>
      </w:r>
      <w:r w:rsidR="001B403C" w:rsidRPr="001B403C">
        <w:rPr>
          <w:lang w:val="fr-FR"/>
        </w:rPr>
        <w:t xml:space="preserve"> q= </w:t>
      </w:r>
      <w:r w:rsidR="001B403C">
        <w:rPr>
          <w:lang w:val="fr-FR"/>
        </w:rPr>
        <w:t>_________________________________________</w:t>
      </w:r>
      <w:r w:rsidR="009425A8">
        <w:rPr>
          <w:lang w:val="fr-FR"/>
        </w:rPr>
        <w:t>__________</w:t>
      </w:r>
      <w:r w:rsidR="001B403C">
        <w:rPr>
          <w:lang w:val="fr-FR"/>
        </w:rPr>
        <w:t>______</w:t>
      </w:r>
    </w:p>
    <w:p w:rsidR="001F684A" w:rsidRPr="001B403C" w:rsidRDefault="00417E53" w:rsidP="001B403C">
      <w:pPr>
        <w:pStyle w:val="Paragraphedeliste"/>
        <w:numPr>
          <w:ilvl w:val="0"/>
          <w:numId w:val="12"/>
        </w:numPr>
        <w:spacing w:before="120" w:after="0"/>
        <w:ind w:left="1077" w:hanging="357"/>
        <w:contextualSpacing w:val="0"/>
        <w:rPr>
          <w:lang w:val="fr-FR"/>
        </w:rPr>
      </w:pPr>
      <w:r w:rsidRPr="001B403C">
        <w:rPr>
          <w:lang w:val="fr-FR"/>
        </w:rPr>
        <w:t>Résolution Arduino-MPX5100 (</w:t>
      </w:r>
      <w:r w:rsidR="00872DB7">
        <w:rPr>
          <w:lang w:val="fr-FR"/>
        </w:rPr>
        <w:t xml:space="preserve">en </w:t>
      </w:r>
      <w:r w:rsidRPr="001B403C">
        <w:rPr>
          <w:lang w:val="fr-FR"/>
        </w:rPr>
        <w:t>hPa</w:t>
      </w:r>
      <w:r w:rsidR="009425A8">
        <w:rPr>
          <w:lang w:val="fr-FR"/>
        </w:rPr>
        <w:t>/LSB</w:t>
      </w:r>
      <w:r w:rsidRPr="001B403C">
        <w:rPr>
          <w:lang w:val="fr-FR"/>
        </w:rPr>
        <w:t>) ?</w:t>
      </w:r>
      <w:r w:rsidR="001B403C" w:rsidRPr="001B403C">
        <w:rPr>
          <w:lang w:val="fr-FR"/>
        </w:rPr>
        <w:t xml:space="preserve"> res = </w:t>
      </w:r>
      <w:r w:rsidR="001B403C">
        <w:rPr>
          <w:lang w:val="fr-FR"/>
        </w:rPr>
        <w:t>___________</w:t>
      </w:r>
      <w:r w:rsidR="00872DB7">
        <w:rPr>
          <w:lang w:val="fr-FR"/>
        </w:rPr>
        <w:t>_____________</w:t>
      </w:r>
      <w:r w:rsidR="001B403C">
        <w:rPr>
          <w:lang w:val="fr-FR"/>
        </w:rPr>
        <w:t>_______________</w:t>
      </w:r>
    </w:p>
    <w:p w:rsidR="00B8330C" w:rsidRPr="001B403C" w:rsidRDefault="00872DB7" w:rsidP="001B403C">
      <w:pPr>
        <w:pStyle w:val="Paragraphedeliste"/>
        <w:numPr>
          <w:ilvl w:val="0"/>
          <w:numId w:val="12"/>
        </w:numPr>
        <w:spacing w:before="120" w:after="0"/>
        <w:ind w:left="1077" w:hanging="357"/>
        <w:contextualSpacing w:val="0"/>
        <w:rPr>
          <w:lang w:val="fr-FR"/>
        </w:rPr>
      </w:pPr>
      <w:r>
        <w:rPr>
          <w:lang w:val="fr-FR"/>
        </w:rPr>
        <w:t xml:space="preserve">(en V puis en hPa) </w:t>
      </w:r>
      <w:r w:rsidR="00417E53" w:rsidRPr="001B403C">
        <w:rPr>
          <w:lang w:val="fr-FR"/>
        </w:rPr>
        <w:t>U</w:t>
      </w:r>
      <w:r w:rsidR="00417E53" w:rsidRPr="001B403C">
        <w:rPr>
          <w:vertAlign w:val="subscript"/>
          <w:lang w:val="fr-FR"/>
        </w:rPr>
        <w:t>Arduino</w:t>
      </w:r>
      <w:r w:rsidR="001B403C">
        <w:rPr>
          <w:lang w:val="fr-FR"/>
        </w:rPr>
        <w:t xml:space="preserve"> </w:t>
      </w:r>
      <w:r w:rsidR="001B403C" w:rsidRPr="001B403C">
        <w:rPr>
          <w:lang w:val="fr-FR"/>
        </w:rPr>
        <w:t>=</w:t>
      </w:r>
      <w:r w:rsidR="001B403C">
        <w:rPr>
          <w:lang w:val="fr-FR"/>
        </w:rPr>
        <w:t xml:space="preserve"> _________________________________________________________________</w:t>
      </w:r>
    </w:p>
    <w:p w:rsidR="00872DB7" w:rsidRDefault="00417E53" w:rsidP="00872DB7">
      <w:pPr>
        <w:pStyle w:val="Titre2"/>
        <w:rPr>
          <w:lang w:val="fr-FR"/>
        </w:rPr>
      </w:pPr>
      <w:r w:rsidRPr="00417E53">
        <w:rPr>
          <w:lang w:val="fr-FR"/>
        </w:rPr>
        <w:lastRenderedPageBreak/>
        <w:br/>
        <w:t>10)</w:t>
      </w:r>
      <w:r w:rsidR="001B403C">
        <w:rPr>
          <w:lang w:val="fr-FR"/>
        </w:rPr>
        <w:t xml:space="preserve"> </w:t>
      </w:r>
      <w:r w:rsidRPr="00417E53">
        <w:rPr>
          <w:lang w:val="fr-FR"/>
        </w:rPr>
        <w:t>Modélisation : incertitude de prédiction</w:t>
      </w:r>
      <w:r w:rsidR="00867C8B">
        <w:rPr>
          <w:lang w:val="fr-FR"/>
        </w:rPr>
        <w:t xml:space="preserve"> en</w:t>
      </w:r>
      <w:r w:rsidR="00983F27">
        <w:rPr>
          <w:lang w:val="fr-FR"/>
        </w:rPr>
        <w:t xml:space="preserve"> hPa</w:t>
      </w:r>
      <w:r w:rsidRPr="00417E53">
        <w:rPr>
          <w:lang w:val="fr-FR"/>
        </w:rPr>
        <w:t>.</w:t>
      </w:r>
    </w:p>
    <w:p w:rsidR="00B8330C" w:rsidRDefault="00872DB7" w:rsidP="00872DB7">
      <w:pPr>
        <w:spacing w:before="120" w:after="0"/>
        <w:rPr>
          <w:lang w:val="fr-FR"/>
        </w:rPr>
      </w:pPr>
      <w:r>
        <w:rPr>
          <w:lang w:val="fr-FR"/>
        </w:rPr>
        <w:t xml:space="preserve">Sey = </w:t>
      </w:r>
      <w:r w:rsidR="00867C8B">
        <w:rPr>
          <w:lang w:val="fr-FR"/>
        </w:rPr>
        <w:t>_________________</w:t>
      </w:r>
      <w:r w:rsidR="00867C8B">
        <w:rPr>
          <w:lang w:val="fr-FR"/>
        </w:rPr>
        <w:tab/>
        <w:t>Nb pts = ___</w:t>
      </w:r>
      <w:r w:rsidR="00983F27">
        <w:rPr>
          <w:lang w:val="fr-FR"/>
        </w:rPr>
        <w:t>_</w:t>
      </w:r>
      <w:r w:rsidR="00867C8B">
        <w:rPr>
          <w:lang w:val="fr-FR"/>
        </w:rPr>
        <w:t>____</w:t>
      </w:r>
      <w:r w:rsidR="00867C8B">
        <w:rPr>
          <w:lang w:val="fr-FR"/>
        </w:rPr>
        <w:tab/>
        <w:t>t</w:t>
      </w:r>
      <w:r w:rsidR="00867C8B" w:rsidRPr="00983F27">
        <w:rPr>
          <w:vertAlign w:val="subscript"/>
          <w:lang w:val="fr-FR"/>
        </w:rPr>
        <w:t>95%</w:t>
      </w:r>
      <w:r w:rsidR="00867C8B">
        <w:rPr>
          <w:lang w:val="fr-FR"/>
        </w:rPr>
        <w:t xml:space="preserve"> = _________</w:t>
      </w:r>
      <w:r w:rsidR="00867C8B">
        <w:rPr>
          <w:lang w:val="fr-FR"/>
        </w:rPr>
        <w:tab/>
      </w:r>
      <w:r w:rsidR="00983F27">
        <w:rPr>
          <w:lang w:val="fr-FR"/>
        </w:rPr>
        <w:t xml:space="preserve">                          </w:t>
      </w:r>
      <w:r>
        <w:rPr>
          <w:lang w:val="fr-FR"/>
        </w:rPr>
        <w:t>U</w:t>
      </w:r>
      <w:r w:rsidRPr="004E21C4">
        <w:rPr>
          <w:vertAlign w:val="subscript"/>
          <w:lang w:val="fr-FR"/>
        </w:rPr>
        <w:t>modélisation</w:t>
      </w:r>
      <w:r>
        <w:rPr>
          <w:lang w:val="fr-FR"/>
        </w:rPr>
        <w:t xml:space="preserve"> =</w:t>
      </w:r>
      <w:r w:rsidR="00867C8B">
        <w:rPr>
          <w:lang w:val="fr-FR"/>
        </w:rPr>
        <w:t xml:space="preserve"> _______________</w:t>
      </w:r>
    </w:p>
    <w:p w:rsidR="00983F27" w:rsidRPr="00417E53" w:rsidRDefault="00983F27" w:rsidP="00872DB7">
      <w:pPr>
        <w:spacing w:before="120" w:after="0"/>
        <w:rPr>
          <w:lang w:val="fr-FR"/>
        </w:rPr>
      </w:pPr>
      <w:r>
        <w:rPr>
          <w:lang w:val="fr-FR"/>
        </w:rPr>
        <w:t>Ecart maximum constaté, EM = ____________</w:t>
      </w:r>
    </w:p>
    <w:p w:rsidR="001B403C" w:rsidRDefault="00417E53" w:rsidP="001B403C">
      <w:pPr>
        <w:pStyle w:val="Titre2"/>
        <w:rPr>
          <w:lang w:val="fr-FR"/>
        </w:rPr>
      </w:pPr>
      <w:r w:rsidRPr="00417E53">
        <w:rPr>
          <w:lang w:val="fr-FR"/>
        </w:rPr>
        <w:br/>
        <w:t>11)</w:t>
      </w:r>
      <w:r w:rsidR="004E21C4">
        <w:rPr>
          <w:lang w:val="fr-FR"/>
        </w:rPr>
        <w:t xml:space="preserve"> </w:t>
      </w:r>
      <w:r w:rsidR="004E21C4" w:rsidRPr="004E21C4">
        <w:rPr>
          <w:lang w:val="fr-FR"/>
        </w:rPr>
        <w:t>Tableau d'incertitudes</w:t>
      </w:r>
      <w:r w:rsidR="004E21C4">
        <w:rPr>
          <w:lang w:val="fr-FR"/>
        </w:rPr>
        <w:t xml:space="preserve"> </w:t>
      </w:r>
      <w:r w:rsidRPr="00417E53">
        <w:rPr>
          <w:lang w:val="fr-FR"/>
        </w:rPr>
        <w:t>: calculer l’incertitude de l’étalonnage.</w:t>
      </w:r>
      <w:r w:rsidR="001B403C">
        <w:rPr>
          <w:lang w:val="fr-FR"/>
        </w:rPr>
        <w:t xml:space="preserve"> </w:t>
      </w:r>
    </w:p>
    <w:tbl>
      <w:tblPr>
        <w:tblW w:w="10660" w:type="dxa"/>
        <w:tblInd w:w="-6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1840"/>
        <w:gridCol w:w="1320"/>
        <w:gridCol w:w="1980"/>
        <w:gridCol w:w="1440"/>
        <w:gridCol w:w="1760"/>
      </w:tblGrid>
      <w:tr w:rsidR="004E21C4" w:rsidRPr="004E21C4" w:rsidTr="004E21C4">
        <w:trPr>
          <w:trHeight w:val="936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Source d’incertitude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1C4" w:rsidRPr="004E21C4" w:rsidRDefault="007966E8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Incertitude élargie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 xml:space="preserve"> U (en hPa</w:t>
            </w:r>
            <w:r w:rsidR="004E21C4"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)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Loi de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 xml:space="preserve"> probabilité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Incertitude type 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s = u = U/k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Variance s²=u²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Contribution 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relative (%)</w:t>
            </w:r>
          </w:p>
        </w:tc>
      </w:tr>
      <w:tr w:rsidR="004E21C4" w:rsidRPr="004E21C4" w:rsidTr="004E21C4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Étalon Jeulin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k=2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4E21C4" w:rsidRPr="004E21C4" w:rsidTr="004E21C4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Arduino (CAN)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4E21C4" w:rsidRPr="004E21C4" w:rsidTr="004E21C4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Modélisation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4E21C4" w:rsidRPr="004E21C4" w:rsidTr="004E21C4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  <w:t>Chaîne complète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4E21C4" w:rsidRPr="004E21C4" w:rsidRDefault="004E21C4" w:rsidP="004E21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</w:tbl>
    <w:p w:rsidR="00B8330C" w:rsidRPr="00417E53" w:rsidRDefault="00417E53" w:rsidP="001B403C">
      <w:pPr>
        <w:spacing w:before="120" w:after="120"/>
        <w:rPr>
          <w:lang w:val="fr-FR"/>
        </w:rPr>
      </w:pPr>
      <w:r w:rsidRPr="00417E53">
        <w:rPr>
          <w:lang w:val="fr-FR"/>
        </w:rPr>
        <w:t>L’étalonnage a-t-il réduit l’incertitude ?</w:t>
      </w:r>
    </w:p>
    <w:p w:rsidR="00B8330C" w:rsidRPr="00417E53" w:rsidRDefault="00417E53" w:rsidP="00867C8B">
      <w:pPr>
        <w:pStyle w:val="Titre2"/>
        <w:rPr>
          <w:lang w:val="fr-FR"/>
        </w:rPr>
      </w:pPr>
      <w:r w:rsidRPr="00417E53">
        <w:rPr>
          <w:lang w:val="fr-FR"/>
        </w:rPr>
        <w:br/>
        <w:t>12)</w:t>
      </w:r>
      <w:r w:rsidR="001B403C">
        <w:rPr>
          <w:lang w:val="fr-FR"/>
        </w:rPr>
        <w:t xml:space="preserve"> </w:t>
      </w:r>
      <w:r w:rsidRPr="00417E53">
        <w:rPr>
          <w:lang w:val="fr-FR"/>
        </w:rPr>
        <w:t>Quel est le maillon faible de cette chaîne de mesure ?</w:t>
      </w:r>
    </w:p>
    <w:p w:rsidR="00B8330C" w:rsidRPr="00417E53" w:rsidRDefault="00B8330C">
      <w:pPr>
        <w:rPr>
          <w:lang w:val="fr-FR"/>
        </w:rPr>
      </w:pPr>
    </w:p>
    <w:p w:rsidR="00872DB7" w:rsidRDefault="00417E53" w:rsidP="00872DB7">
      <w:pPr>
        <w:pStyle w:val="Titre2"/>
        <w:rPr>
          <w:lang w:val="fr-FR"/>
        </w:rPr>
      </w:pPr>
      <w:r w:rsidRPr="00417E53">
        <w:rPr>
          <w:lang w:val="fr-FR"/>
        </w:rPr>
        <w:t>13)</w:t>
      </w:r>
      <w:r w:rsidR="00872DB7">
        <w:rPr>
          <w:lang w:val="fr-FR"/>
        </w:rPr>
        <w:t xml:space="preserve"> </w:t>
      </w:r>
      <w:r w:rsidRPr="00417E53">
        <w:rPr>
          <w:lang w:val="fr-FR"/>
        </w:rPr>
        <w:t>Établir le certificat d’étalonnage :</w:t>
      </w:r>
    </w:p>
    <w:p w:rsidR="00872DB7" w:rsidRDefault="00417E53" w:rsidP="00872DB7">
      <w:pPr>
        <w:spacing w:before="200" w:after="0"/>
        <w:rPr>
          <w:lang w:val="fr-FR"/>
        </w:rPr>
      </w:pPr>
      <w:r w:rsidRPr="00417E53">
        <w:rPr>
          <w:lang w:val="fr-FR"/>
        </w:rPr>
        <w:t xml:space="preserve">- Date : </w:t>
      </w:r>
      <w:r w:rsidR="00872DB7">
        <w:rPr>
          <w:lang w:val="fr-FR"/>
        </w:rPr>
        <w:t>___________________</w:t>
      </w:r>
      <w:r w:rsidR="00872DB7">
        <w:rPr>
          <w:lang w:val="fr-FR"/>
        </w:rPr>
        <w:tab/>
      </w:r>
      <w:r w:rsidR="00872DB7">
        <w:rPr>
          <w:lang w:val="fr-FR"/>
        </w:rPr>
        <w:tab/>
      </w:r>
      <w:r w:rsidR="00872DB7">
        <w:rPr>
          <w:lang w:val="fr-FR"/>
        </w:rPr>
        <w:tab/>
      </w:r>
      <w:r w:rsidR="00872DB7">
        <w:rPr>
          <w:lang w:val="fr-FR"/>
        </w:rPr>
        <w:tab/>
      </w:r>
      <w:r w:rsidRPr="00417E53">
        <w:rPr>
          <w:lang w:val="fr-FR"/>
        </w:rPr>
        <w:t xml:space="preserve">Nom opérateurs : </w:t>
      </w:r>
      <w:r w:rsidR="00872DB7">
        <w:rPr>
          <w:lang w:val="fr-FR"/>
        </w:rPr>
        <w:t>________________________</w:t>
      </w:r>
    </w:p>
    <w:p w:rsidR="00872DB7" w:rsidRDefault="00417E53" w:rsidP="00872DB7">
      <w:pPr>
        <w:spacing w:before="200" w:after="0"/>
        <w:rPr>
          <w:lang w:val="fr-FR"/>
        </w:rPr>
      </w:pPr>
      <w:r w:rsidRPr="00417E53">
        <w:rPr>
          <w:lang w:val="fr-FR"/>
        </w:rPr>
        <w:t xml:space="preserve">- N° capteur : </w:t>
      </w:r>
      <w:r w:rsidR="00872DB7">
        <w:rPr>
          <w:lang w:val="fr-FR"/>
        </w:rPr>
        <w:t>____________</w:t>
      </w:r>
      <w:r w:rsidR="00872DB7">
        <w:rPr>
          <w:lang w:val="fr-FR"/>
        </w:rPr>
        <w:tab/>
      </w:r>
      <w:r w:rsidR="00872DB7">
        <w:rPr>
          <w:lang w:val="fr-FR"/>
        </w:rPr>
        <w:tab/>
      </w:r>
      <w:r w:rsidR="00872DB7">
        <w:rPr>
          <w:lang w:val="fr-FR"/>
        </w:rPr>
        <w:tab/>
      </w:r>
      <w:r w:rsidR="00872DB7">
        <w:rPr>
          <w:lang w:val="fr-FR"/>
        </w:rPr>
        <w:tab/>
      </w:r>
      <w:r w:rsidRPr="00417E53">
        <w:rPr>
          <w:lang w:val="fr-FR"/>
        </w:rPr>
        <w:t xml:space="preserve">N° Arduino : </w:t>
      </w:r>
      <w:r w:rsidR="00872DB7">
        <w:rPr>
          <w:lang w:val="fr-FR"/>
        </w:rPr>
        <w:t>_____________________________</w:t>
      </w:r>
    </w:p>
    <w:p w:rsidR="00872DB7" w:rsidRDefault="00872DB7" w:rsidP="00872DB7">
      <w:pPr>
        <w:spacing w:before="200" w:after="0"/>
        <w:rPr>
          <w:lang w:val="fr-FR"/>
        </w:rPr>
      </w:pPr>
      <w:r>
        <w:rPr>
          <w:lang w:val="fr-FR"/>
        </w:rPr>
        <w:t>- Nb de points utilisés : _____________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écart-type de prédiction Sey = _________</w:t>
      </w:r>
    </w:p>
    <w:p w:rsidR="00872DB7" w:rsidRDefault="00872DB7" w:rsidP="00872DB7">
      <w:pPr>
        <w:spacing w:before="200" w:after="0"/>
        <w:rPr>
          <w:lang w:val="fr-FR"/>
        </w:rPr>
      </w:pPr>
      <w:r>
        <w:rPr>
          <w:lang w:val="fr-FR"/>
        </w:rPr>
        <w:t xml:space="preserve">- </w:t>
      </w:r>
      <w:r w:rsidR="00417E53" w:rsidRPr="00417E53">
        <w:rPr>
          <w:lang w:val="fr-FR"/>
        </w:rPr>
        <w:t>Équ</w:t>
      </w:r>
      <w:r>
        <w:rPr>
          <w:lang w:val="fr-FR"/>
        </w:rPr>
        <w:t>ation du modèle :_______________________________________________________________________________</w:t>
      </w:r>
    </w:p>
    <w:p w:rsidR="00872DB7" w:rsidRDefault="00872DB7" w:rsidP="00872DB7">
      <w:pPr>
        <w:spacing w:before="200" w:after="0"/>
        <w:rPr>
          <w:lang w:val="fr-FR"/>
        </w:rPr>
      </w:pPr>
      <w:r>
        <w:rPr>
          <w:lang w:val="fr-FR"/>
        </w:rPr>
        <w:t>- Ecart Maximun : ___________________________________________________________________________________</w:t>
      </w:r>
    </w:p>
    <w:p w:rsidR="00B8330C" w:rsidRDefault="00417E53" w:rsidP="00872DB7">
      <w:pPr>
        <w:spacing w:before="200" w:after="0"/>
        <w:rPr>
          <w:lang w:val="fr-FR"/>
        </w:rPr>
      </w:pPr>
      <w:r w:rsidRPr="00417E53">
        <w:rPr>
          <w:lang w:val="fr-FR"/>
        </w:rPr>
        <w:t xml:space="preserve">- Incertitude élargie (95 %) : </w:t>
      </w:r>
      <w:r w:rsidR="00872DB7">
        <w:rPr>
          <w:lang w:val="fr-FR"/>
        </w:rPr>
        <w:t>_____________________</w:t>
      </w:r>
    </w:p>
    <w:p w:rsidR="00867C8B" w:rsidRPr="00417E53" w:rsidRDefault="00867C8B" w:rsidP="00872DB7">
      <w:pPr>
        <w:spacing w:before="200" w:after="0"/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867C8B" w:rsidTr="007F3C5A">
        <w:tc>
          <w:tcPr>
            <w:tcW w:w="1830" w:type="dxa"/>
            <w:vMerge w:val="restart"/>
            <w:vAlign w:val="center"/>
          </w:tcPr>
          <w:p w:rsidR="00867C8B" w:rsidRDefault="00867C8B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4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867C8B" w:rsidRDefault="00867C8B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867C8B" w:rsidRDefault="00867C8B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867C8B" w:rsidRDefault="00867C8B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867C8B" w:rsidRDefault="00867C8B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6</w:t>
            </w:r>
          </w:p>
        </w:tc>
      </w:tr>
      <w:tr w:rsidR="00867C8B" w:rsidTr="007F3C5A">
        <w:tc>
          <w:tcPr>
            <w:tcW w:w="1830" w:type="dxa"/>
            <w:vMerge/>
          </w:tcPr>
          <w:p w:rsidR="00867C8B" w:rsidRDefault="00867C8B" w:rsidP="007F3C5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867C8B" w:rsidRDefault="00867C8B" w:rsidP="007F3C5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867C8B" w:rsidRPr="00346AAE" w:rsidRDefault="00867C8B" w:rsidP="007F3C5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867C8B" w:rsidRDefault="00867C8B" w:rsidP="007F3C5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867C8B" w:rsidRDefault="00867C8B" w:rsidP="007F3C5A">
            <w:pPr>
              <w:rPr>
                <w:lang w:val="fr-FR"/>
              </w:rPr>
            </w:pPr>
          </w:p>
        </w:tc>
      </w:tr>
    </w:tbl>
    <w:p w:rsidR="00872DB7" w:rsidRDefault="00417E53" w:rsidP="00872DB7">
      <w:pPr>
        <w:pStyle w:val="Titre2"/>
        <w:rPr>
          <w:lang w:val="fr-FR"/>
        </w:rPr>
      </w:pPr>
      <w:r w:rsidRPr="00417E53">
        <w:rPr>
          <w:lang w:val="fr-FR"/>
        </w:rPr>
        <w:t>14)</w:t>
      </w:r>
      <w:r w:rsidR="007966E8">
        <w:rPr>
          <w:lang w:val="fr-FR"/>
        </w:rPr>
        <w:t xml:space="preserve"> </w:t>
      </w:r>
      <w:r w:rsidRPr="00417E53">
        <w:rPr>
          <w:lang w:val="fr-FR"/>
        </w:rPr>
        <w:t>Protocole Boyle-Mariotte :</w:t>
      </w:r>
      <w:r w:rsidR="007966E8">
        <w:rPr>
          <w:lang w:val="fr-FR"/>
        </w:rPr>
        <w:t xml:space="preserve"> (2pts)</w:t>
      </w:r>
    </w:p>
    <w:p w:rsidR="005B7B97" w:rsidRDefault="00417E53">
      <w:pPr>
        <w:rPr>
          <w:lang w:val="fr-FR"/>
        </w:rPr>
      </w:pPr>
      <w:r w:rsidRPr="00417E53">
        <w:rPr>
          <w:lang w:val="fr-FR"/>
        </w:rPr>
        <w:t>- Proposer un protocole avec une seringue.</w:t>
      </w:r>
      <w:r w:rsidRPr="00417E53">
        <w:rPr>
          <w:lang w:val="fr-FR"/>
        </w:rPr>
        <w:br/>
        <w:t xml:space="preserve">- Réaliser et comparer aux résultats </w:t>
      </w:r>
      <w:r w:rsidR="007966E8">
        <w:rPr>
          <w:lang w:val="fr-FR"/>
        </w:rPr>
        <w:t xml:space="preserve">du TP </w:t>
      </w:r>
      <w:r w:rsidRPr="00417E53">
        <w:rPr>
          <w:lang w:val="fr-FR"/>
        </w:rPr>
        <w:t>précédent.</w:t>
      </w:r>
      <w:r w:rsidRPr="00417E53">
        <w:rPr>
          <w:lang w:val="fr-FR"/>
        </w:rPr>
        <w:br/>
      </w:r>
    </w:p>
    <w:p w:rsidR="005B7B97" w:rsidRPr="00B81989" w:rsidRDefault="005B7B97" w:rsidP="005B7B97">
      <w:pPr>
        <w:pStyle w:val="Titre1"/>
        <w:jc w:val="center"/>
        <w:rPr>
          <w:sz w:val="32"/>
          <w:lang w:val="fr-FR"/>
        </w:rPr>
      </w:pPr>
      <w:r w:rsidRPr="00B81989">
        <w:rPr>
          <w:sz w:val="32"/>
          <w:lang w:val="fr-FR"/>
        </w:rPr>
        <w:lastRenderedPageBreak/>
        <w:t>QCM TP Datalogging</w:t>
      </w:r>
    </w:p>
    <w:p w:rsidR="005B7B97" w:rsidRDefault="005B7B97" w:rsidP="005B7B97">
      <w:pPr>
        <w:rPr>
          <w:sz w:val="24"/>
          <w:lang w:val="fr-FR"/>
        </w:rPr>
        <w:sectPr w:rsidR="005B7B97" w:rsidSect="00872DB7">
          <w:footerReference w:type="default" r:id="rId13"/>
          <w:pgSz w:w="12240" w:h="15840"/>
          <w:pgMar w:top="993" w:right="900" w:bottom="851" w:left="1800" w:header="720" w:footer="720" w:gutter="0"/>
          <w:cols w:space="720"/>
          <w:docGrid w:linePitch="360"/>
        </w:sectPr>
      </w:pPr>
    </w:p>
    <w:p w:rsidR="005B7B97" w:rsidRPr="005B7B97" w:rsidRDefault="005B7B97" w:rsidP="005B7B97">
      <w:pPr>
        <w:spacing w:after="0"/>
        <w:rPr>
          <w:lang w:val="fr-FR"/>
        </w:rPr>
      </w:pPr>
      <w:r w:rsidRPr="005B7B97">
        <w:rPr>
          <w:sz w:val="24"/>
          <w:lang w:val="fr-FR"/>
        </w:rPr>
        <w:lastRenderedPageBreak/>
        <w:t>1. Quelle est la fonction principale de la liaison SPI entre l’Arduino et la carte SD ?</w:t>
      </w:r>
    </w:p>
    <w:p w:rsidR="005B7B97" w:rsidRPr="005B7B97" w:rsidRDefault="005B7B97" w:rsidP="005B7B97">
      <w:pPr>
        <w:pStyle w:val="Listepuces"/>
        <w:rPr>
          <w:lang w:val="fr-FR"/>
        </w:rPr>
      </w:pPr>
      <w:r w:rsidRPr="005B7B97">
        <w:rPr>
          <w:lang w:val="fr-FR"/>
        </w:rPr>
        <w:t>A. Transmettre des données analogiques à grande vitesse</w:t>
      </w:r>
    </w:p>
    <w:p w:rsidR="005B7B97" w:rsidRPr="005B7B97" w:rsidRDefault="005B7B97" w:rsidP="005B7B97">
      <w:pPr>
        <w:pStyle w:val="Listepuces"/>
        <w:rPr>
          <w:lang w:val="fr-FR"/>
        </w:rPr>
      </w:pPr>
      <w:r w:rsidRPr="005B7B97">
        <w:rPr>
          <w:lang w:val="fr-FR"/>
        </w:rPr>
        <w:t>B. Établir une communication série synchrone maître-esclave</w:t>
      </w:r>
    </w:p>
    <w:p w:rsidR="005B7B97" w:rsidRPr="005B7B97" w:rsidRDefault="005B7B97" w:rsidP="005B7B97">
      <w:pPr>
        <w:pStyle w:val="Listepuces"/>
        <w:rPr>
          <w:lang w:val="fr-FR"/>
        </w:rPr>
      </w:pPr>
      <w:r w:rsidRPr="005B7B97">
        <w:rPr>
          <w:lang w:val="fr-FR"/>
        </w:rPr>
        <w:t>C. Alimenter la carte SD en tension constante</w:t>
      </w:r>
    </w:p>
    <w:p w:rsidR="005B7B97" w:rsidRPr="005B7B97" w:rsidRDefault="005B7B97" w:rsidP="005B7B97">
      <w:pPr>
        <w:pStyle w:val="Listepuces"/>
        <w:rPr>
          <w:lang w:val="fr-FR"/>
        </w:rPr>
      </w:pPr>
      <w:r w:rsidRPr="005B7B97">
        <w:rPr>
          <w:lang w:val="fr-FR"/>
        </w:rPr>
        <w:t>D. Convertir un signal numérique en analogique</w:t>
      </w:r>
    </w:p>
    <w:p w:rsidR="005B7B97" w:rsidRPr="005B7B97" w:rsidRDefault="005B7B97" w:rsidP="005B7B97">
      <w:pPr>
        <w:spacing w:after="0"/>
        <w:rPr>
          <w:lang w:val="fr-FR"/>
        </w:rPr>
      </w:pPr>
      <w:r w:rsidRPr="005B7B97">
        <w:rPr>
          <w:sz w:val="24"/>
          <w:lang w:val="fr-FR"/>
        </w:rPr>
        <w:t>2. Combien de fils logiques (hors Vcc et GND) sont utilisés par une liaison SPI standard sur Arduino ?</w:t>
      </w:r>
    </w:p>
    <w:p w:rsidR="005B7B97" w:rsidRDefault="005B7B97" w:rsidP="005B7B97">
      <w:pPr>
        <w:pStyle w:val="Listepuces"/>
      </w:pPr>
      <w:r>
        <w:t>A. 2</w:t>
      </w:r>
    </w:p>
    <w:p w:rsidR="005B7B97" w:rsidRDefault="005B7B97" w:rsidP="005B7B97">
      <w:pPr>
        <w:pStyle w:val="Listepuces"/>
      </w:pPr>
      <w:r>
        <w:t>B. 3</w:t>
      </w:r>
    </w:p>
    <w:p w:rsidR="005B7B97" w:rsidRDefault="005B7B97" w:rsidP="005B7B97">
      <w:pPr>
        <w:pStyle w:val="Listepuces"/>
      </w:pPr>
      <w:r>
        <w:t>C. 4</w:t>
      </w:r>
    </w:p>
    <w:p w:rsidR="005B7B97" w:rsidRDefault="005B7B97" w:rsidP="005B7B97">
      <w:pPr>
        <w:pStyle w:val="Listepuces"/>
      </w:pPr>
      <w:r>
        <w:t>D. 5</w:t>
      </w:r>
    </w:p>
    <w:p w:rsidR="005B7B97" w:rsidRPr="005B7B97" w:rsidRDefault="005B7B97" w:rsidP="005B7B97">
      <w:pPr>
        <w:spacing w:after="0"/>
        <w:rPr>
          <w:lang w:val="fr-FR"/>
        </w:rPr>
      </w:pPr>
      <w:r w:rsidRPr="005B7B97">
        <w:rPr>
          <w:sz w:val="24"/>
          <w:lang w:val="fr-FR"/>
        </w:rPr>
        <w:t>3. Sur une Arduino Uno, quelle patte est généralement utilisée comme Chip Select (CS) pour un module SD ?</w:t>
      </w:r>
    </w:p>
    <w:p w:rsidR="005B7B97" w:rsidRDefault="005B7B97" w:rsidP="005B7B97">
      <w:pPr>
        <w:pStyle w:val="Listepuces"/>
      </w:pPr>
      <w:r>
        <w:t>A. D11</w:t>
      </w:r>
    </w:p>
    <w:p w:rsidR="005B7B97" w:rsidRDefault="005B7B97" w:rsidP="005B7B97">
      <w:pPr>
        <w:pStyle w:val="Listepuces"/>
      </w:pPr>
      <w:r>
        <w:t>B. D12</w:t>
      </w:r>
    </w:p>
    <w:p w:rsidR="005B7B97" w:rsidRDefault="005B7B97" w:rsidP="005B7B97">
      <w:pPr>
        <w:pStyle w:val="Listepuces"/>
      </w:pPr>
      <w:r>
        <w:t>C. D10</w:t>
      </w:r>
    </w:p>
    <w:p w:rsidR="005B7B97" w:rsidRDefault="005B7B97" w:rsidP="005B7B97">
      <w:pPr>
        <w:pStyle w:val="Listepuces"/>
      </w:pPr>
      <w:r>
        <w:t>D. A0</w:t>
      </w:r>
    </w:p>
    <w:p w:rsidR="005B7B97" w:rsidRPr="005B7B97" w:rsidRDefault="005B7B97" w:rsidP="005B7B97">
      <w:pPr>
        <w:spacing w:after="0"/>
        <w:rPr>
          <w:lang w:val="fr-FR"/>
        </w:rPr>
      </w:pPr>
      <w:r w:rsidRPr="005B7B97">
        <w:rPr>
          <w:sz w:val="24"/>
          <w:lang w:val="fr-FR"/>
        </w:rPr>
        <w:t>4. Quelle commande permet d’ouvrir un fichier CSV pour écrire des mesures sur une carte SD ?</w:t>
      </w:r>
    </w:p>
    <w:p w:rsidR="005B7B97" w:rsidRDefault="005B7B97" w:rsidP="005B7B97">
      <w:pPr>
        <w:pStyle w:val="Listepuces"/>
      </w:pPr>
      <w:r>
        <w:t>A. File.open("Pression.csv", WRITE);</w:t>
      </w:r>
    </w:p>
    <w:p w:rsidR="005B7B97" w:rsidRDefault="005B7B97" w:rsidP="005B7B97">
      <w:pPr>
        <w:pStyle w:val="Listepuces"/>
      </w:pPr>
      <w:r>
        <w:t>B. SD.begin("Pression.csv");</w:t>
      </w:r>
    </w:p>
    <w:p w:rsidR="005B7B97" w:rsidRDefault="005B7B97" w:rsidP="005B7B97">
      <w:pPr>
        <w:pStyle w:val="Listepuces"/>
      </w:pPr>
      <w:r>
        <w:t>C. SD.open("Pression.csv", FILE_WRITE);</w:t>
      </w:r>
    </w:p>
    <w:p w:rsidR="005B7B97" w:rsidRDefault="005B7B97" w:rsidP="005B7B97">
      <w:pPr>
        <w:pStyle w:val="Listepuces"/>
      </w:pPr>
      <w:r>
        <w:t>D. SD.print("Pression.csv");</w:t>
      </w:r>
    </w:p>
    <w:p w:rsidR="005B7B97" w:rsidRPr="005B7B97" w:rsidRDefault="005B7B97" w:rsidP="005B7B97">
      <w:pPr>
        <w:spacing w:after="0"/>
        <w:rPr>
          <w:lang w:val="fr-FR"/>
        </w:rPr>
      </w:pPr>
      <w:r w:rsidRPr="005B7B97">
        <w:rPr>
          <w:sz w:val="24"/>
          <w:lang w:val="fr-FR"/>
        </w:rPr>
        <w:t>5. L’étalon Jeulin donne une tension proportionnelle à la pression selon l’équation : Us(V) = 0,0025 × P(hPa) – 2,5.</w:t>
      </w:r>
      <w:r w:rsidRPr="005B7B97">
        <w:rPr>
          <w:sz w:val="24"/>
          <w:lang w:val="fr-FR"/>
        </w:rPr>
        <w:br/>
        <w:t>Quelle est la pression correspondant à une tension de 0 V ?</w:t>
      </w:r>
    </w:p>
    <w:p w:rsidR="005B7B97" w:rsidRDefault="005B7B97" w:rsidP="005B7B97">
      <w:pPr>
        <w:pStyle w:val="Listepuces"/>
      </w:pPr>
      <w:r>
        <w:t>A. 0 hPa</w:t>
      </w:r>
    </w:p>
    <w:p w:rsidR="005B7B97" w:rsidRDefault="005B7B97" w:rsidP="005B7B97">
      <w:pPr>
        <w:pStyle w:val="Listepuces"/>
      </w:pPr>
      <w:r>
        <w:lastRenderedPageBreak/>
        <w:t>B. 500 hPa</w:t>
      </w:r>
    </w:p>
    <w:p w:rsidR="005B7B97" w:rsidRDefault="005B7B97" w:rsidP="005B7B97">
      <w:pPr>
        <w:pStyle w:val="Listepuces"/>
      </w:pPr>
      <w:r>
        <w:t>C. 1000 hPa</w:t>
      </w:r>
    </w:p>
    <w:p w:rsidR="005B7B97" w:rsidRDefault="005B7B97" w:rsidP="005B7B97">
      <w:pPr>
        <w:pStyle w:val="Listepuces"/>
      </w:pPr>
      <w:r>
        <w:t>D. 2000 hPa</w:t>
      </w:r>
    </w:p>
    <w:p w:rsidR="005B7B97" w:rsidRPr="005B7B97" w:rsidRDefault="005B7B97" w:rsidP="005B7B97">
      <w:pPr>
        <w:spacing w:after="0"/>
        <w:rPr>
          <w:lang w:val="fr-FR"/>
        </w:rPr>
      </w:pPr>
      <w:r w:rsidRPr="005B7B97">
        <w:rPr>
          <w:sz w:val="24"/>
          <w:lang w:val="fr-FR"/>
        </w:rPr>
        <w:t>6. Si l’entrée analogique de l’Arduino lit une valeur [A] entre 0 et 1023, la relation entre [A] et la pression absolue P en hPa s’écrit :</w:t>
      </w:r>
    </w:p>
    <w:p w:rsidR="005B7B97" w:rsidRDefault="005B7B97" w:rsidP="005B7B97">
      <w:pPr>
        <w:pStyle w:val="Listepuces"/>
      </w:pPr>
      <w:r>
        <w:t>A. P = [A] / 1023 × 2000</w:t>
      </w:r>
    </w:p>
    <w:p w:rsidR="005B7B97" w:rsidRDefault="005B7B97" w:rsidP="005B7B97">
      <w:pPr>
        <w:pStyle w:val="Listepuces"/>
      </w:pPr>
      <w:r>
        <w:t xml:space="preserve">B. P = 1000 - [A] / </w:t>
      </w:r>
      <w:r w:rsidR="00B81989">
        <w:t>512</w:t>
      </w:r>
      <w:bookmarkStart w:id="0" w:name="_GoBack"/>
      <w:bookmarkEnd w:id="0"/>
      <w:r>
        <w:t xml:space="preserve"> × 1000</w:t>
      </w:r>
    </w:p>
    <w:p w:rsidR="005B7B97" w:rsidRDefault="005B7B97" w:rsidP="005B7B97">
      <w:pPr>
        <w:pStyle w:val="Listepuces"/>
      </w:pPr>
      <w:r>
        <w:t>C. P = [A] / 512 × 1000</w:t>
      </w:r>
    </w:p>
    <w:p w:rsidR="005B7B97" w:rsidRDefault="005B7B97" w:rsidP="005B7B97">
      <w:pPr>
        <w:pStyle w:val="Listepuces"/>
      </w:pPr>
      <w:r>
        <w:t>D. P = 2000 - [A] / 1023 × 2000</w:t>
      </w:r>
    </w:p>
    <w:p w:rsidR="005B7B97" w:rsidRPr="005B7B97" w:rsidRDefault="005B7B97" w:rsidP="005B7B97">
      <w:pPr>
        <w:spacing w:after="0"/>
        <w:rPr>
          <w:lang w:val="fr-FR"/>
        </w:rPr>
      </w:pPr>
      <w:r w:rsidRPr="005B7B97">
        <w:rPr>
          <w:sz w:val="24"/>
          <w:lang w:val="fr-FR"/>
        </w:rPr>
        <w:t>7. La sensibilité s du pressiomètre Jeulin est :</w:t>
      </w:r>
    </w:p>
    <w:p w:rsidR="005B7B97" w:rsidRDefault="005B7B97" w:rsidP="005B7B97">
      <w:pPr>
        <w:pStyle w:val="Listepuces"/>
      </w:pPr>
      <w:r>
        <w:t>A. 0,25 mV/hPa</w:t>
      </w:r>
    </w:p>
    <w:p w:rsidR="005B7B97" w:rsidRDefault="005B7B97" w:rsidP="005B7B97">
      <w:pPr>
        <w:pStyle w:val="Listepuces"/>
      </w:pPr>
      <w:r>
        <w:t>B. 2,5 mV/hPa</w:t>
      </w:r>
    </w:p>
    <w:p w:rsidR="005B7B97" w:rsidRDefault="005B7B97" w:rsidP="005B7B97">
      <w:pPr>
        <w:pStyle w:val="Listepuces"/>
      </w:pPr>
      <w:r>
        <w:t>C. 1,25 mV/hPa</w:t>
      </w:r>
    </w:p>
    <w:p w:rsidR="005B7B97" w:rsidRDefault="005B7B97" w:rsidP="005B7B97">
      <w:pPr>
        <w:pStyle w:val="Listepuces"/>
      </w:pPr>
      <w:r>
        <w:t>D. 5 mV/hPa</w:t>
      </w:r>
    </w:p>
    <w:p w:rsidR="005B7B97" w:rsidRPr="005B7B97" w:rsidRDefault="005B7B97" w:rsidP="005B7B97">
      <w:pPr>
        <w:spacing w:after="0"/>
        <w:rPr>
          <w:lang w:val="fr-FR"/>
        </w:rPr>
      </w:pPr>
      <w:r w:rsidRPr="005B7B97">
        <w:rPr>
          <w:sz w:val="24"/>
          <w:lang w:val="fr-FR"/>
        </w:rPr>
        <w:t>8. La résolution d’un CAN 10 bits alimenté en 5 V est :</w:t>
      </w:r>
    </w:p>
    <w:p w:rsidR="005B7B97" w:rsidRDefault="005B7B97" w:rsidP="005B7B97">
      <w:pPr>
        <w:pStyle w:val="Listepuces"/>
        <w:spacing w:after="0"/>
      </w:pPr>
      <w:r>
        <w:t>A. 1 mV</w:t>
      </w:r>
    </w:p>
    <w:p w:rsidR="005B7B97" w:rsidRDefault="005B7B97" w:rsidP="005B7B97">
      <w:pPr>
        <w:pStyle w:val="Listepuces"/>
      </w:pPr>
      <w:r>
        <w:t>B. 4,88 mV</w:t>
      </w:r>
    </w:p>
    <w:p w:rsidR="005B7B97" w:rsidRDefault="005B7B97" w:rsidP="005B7B97">
      <w:pPr>
        <w:pStyle w:val="Listepuces"/>
      </w:pPr>
      <w:r>
        <w:t>C. 10 mV</w:t>
      </w:r>
    </w:p>
    <w:p w:rsidR="005B7B97" w:rsidRDefault="005B7B97" w:rsidP="005B7B97">
      <w:pPr>
        <w:pStyle w:val="Listepuces"/>
      </w:pPr>
      <w:r>
        <w:t>D. 0,488 mV</w:t>
      </w:r>
    </w:p>
    <w:p w:rsidR="005B7B97" w:rsidRPr="005B7B97" w:rsidRDefault="005B7B97" w:rsidP="005B7B97">
      <w:pPr>
        <w:rPr>
          <w:lang w:val="fr-FR"/>
        </w:rPr>
      </w:pPr>
      <w:r w:rsidRPr="005B7B97">
        <w:rPr>
          <w:sz w:val="24"/>
          <w:lang w:val="fr-FR"/>
        </w:rPr>
        <w:t>9. Si la sensibilité d’un capteur est de 45 mV/k</w:t>
      </w:r>
      <w:r w:rsidR="00E67161">
        <w:rPr>
          <w:sz w:val="24"/>
          <w:lang w:val="fr-FR"/>
        </w:rPr>
        <w:t xml:space="preserve">Pa, quelle est sa sensibilité </w:t>
      </w:r>
      <w:r w:rsidRPr="005B7B97">
        <w:rPr>
          <w:sz w:val="24"/>
          <w:lang w:val="fr-FR"/>
        </w:rPr>
        <w:t>?</w:t>
      </w:r>
    </w:p>
    <w:p w:rsidR="005B7B97" w:rsidRDefault="005B7B97" w:rsidP="005B7B97">
      <w:pPr>
        <w:pStyle w:val="Listepuces"/>
      </w:pPr>
      <w:r>
        <w:t>A. 4,5</w:t>
      </w:r>
      <w:r w:rsidR="00E67161">
        <w:t xml:space="preserve"> </w:t>
      </w:r>
      <w:r w:rsidR="00E67161" w:rsidRPr="005B7B97">
        <w:rPr>
          <w:sz w:val="24"/>
          <w:lang w:val="fr-FR"/>
        </w:rPr>
        <w:t>mV/hPa</w:t>
      </w:r>
    </w:p>
    <w:p w:rsidR="005B7B97" w:rsidRDefault="005B7B97" w:rsidP="005B7B97">
      <w:pPr>
        <w:pStyle w:val="Listepuces"/>
      </w:pPr>
      <w:r>
        <w:t>B. 0,45</w:t>
      </w:r>
      <w:r w:rsidR="00E67161">
        <w:t xml:space="preserve"> </w:t>
      </w:r>
      <w:r w:rsidR="00E67161" w:rsidRPr="005B7B97">
        <w:rPr>
          <w:sz w:val="24"/>
          <w:lang w:val="fr-FR"/>
        </w:rPr>
        <w:t>mV/hPa</w:t>
      </w:r>
    </w:p>
    <w:p w:rsidR="005B7B97" w:rsidRDefault="005B7B97" w:rsidP="005B7B97">
      <w:pPr>
        <w:pStyle w:val="Listepuces"/>
      </w:pPr>
      <w:r>
        <w:t>C. 0,045</w:t>
      </w:r>
      <w:r w:rsidR="00E67161">
        <w:t xml:space="preserve"> </w:t>
      </w:r>
      <w:r w:rsidR="00E67161" w:rsidRPr="005B7B97">
        <w:rPr>
          <w:sz w:val="24"/>
          <w:lang w:val="fr-FR"/>
        </w:rPr>
        <w:t>mV/hPa</w:t>
      </w:r>
    </w:p>
    <w:p w:rsidR="005B7B97" w:rsidRDefault="005B7B97" w:rsidP="005B7B97">
      <w:pPr>
        <w:pStyle w:val="Listepuces"/>
      </w:pPr>
      <w:r>
        <w:t>D. 450</w:t>
      </w:r>
      <w:r w:rsidR="00E67161">
        <w:t xml:space="preserve"> </w:t>
      </w:r>
      <w:r w:rsidR="00E67161" w:rsidRPr="005B7B97">
        <w:rPr>
          <w:sz w:val="24"/>
          <w:lang w:val="fr-FR"/>
        </w:rPr>
        <w:t>mV/hPa</w:t>
      </w:r>
    </w:p>
    <w:p w:rsidR="005B7B97" w:rsidRPr="005B7B97" w:rsidRDefault="005B7B97" w:rsidP="005B7B97">
      <w:pPr>
        <w:rPr>
          <w:lang w:val="fr-FR"/>
        </w:rPr>
      </w:pPr>
      <w:r w:rsidRPr="005B7B97">
        <w:rPr>
          <w:sz w:val="24"/>
          <w:lang w:val="fr-FR"/>
        </w:rPr>
        <w:t>10. L’incertitude élargie U s’obtient à partir de l’incertitude-type u selon :</w:t>
      </w:r>
    </w:p>
    <w:p w:rsidR="005B7B97" w:rsidRDefault="005B7B97" w:rsidP="005B7B97">
      <w:pPr>
        <w:pStyle w:val="Listepuces"/>
      </w:pPr>
      <w:r>
        <w:t>A. U = u + k</w:t>
      </w:r>
    </w:p>
    <w:p w:rsidR="005B7B97" w:rsidRDefault="005B7B97" w:rsidP="005B7B97">
      <w:pPr>
        <w:pStyle w:val="Listepuces"/>
      </w:pPr>
      <w:r>
        <w:t>B. U = u/k</w:t>
      </w:r>
    </w:p>
    <w:p w:rsidR="005B7B97" w:rsidRDefault="005B7B97" w:rsidP="005B7B97">
      <w:pPr>
        <w:pStyle w:val="Listepuces"/>
      </w:pPr>
      <w:r>
        <w:t>C. U = u × k</w:t>
      </w:r>
    </w:p>
    <w:p w:rsidR="005B7B97" w:rsidRDefault="005B7B97" w:rsidP="005B7B97">
      <w:pPr>
        <w:pStyle w:val="Listepuces"/>
      </w:pPr>
      <w:r>
        <w:t>D. U = √u</w:t>
      </w:r>
    </w:p>
    <w:p w:rsidR="005B7B97" w:rsidRDefault="005B7B97">
      <w:pPr>
        <w:rPr>
          <w:lang w:val="fr-FR"/>
        </w:rPr>
        <w:sectPr w:rsidR="005B7B97" w:rsidSect="005B7B97">
          <w:type w:val="continuous"/>
          <w:pgSz w:w="12240" w:h="15840"/>
          <w:pgMar w:top="993" w:right="900" w:bottom="851" w:left="1800" w:header="720" w:footer="720" w:gutter="0"/>
          <w:cols w:num="2" w:space="720"/>
          <w:docGrid w:linePitch="360"/>
        </w:sectPr>
      </w:pPr>
    </w:p>
    <w:p w:rsidR="005B7B97" w:rsidRDefault="005B7B97">
      <w:pPr>
        <w:rPr>
          <w:lang w:val="fr-FR"/>
        </w:rPr>
      </w:pPr>
    </w:p>
    <w:sectPr w:rsidR="005B7B97" w:rsidSect="005B7B97">
      <w:type w:val="continuous"/>
      <w:pgSz w:w="12240" w:h="15840"/>
      <w:pgMar w:top="993" w:right="900" w:bottom="851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F2D" w:rsidRDefault="00DE1F2D" w:rsidP="00872DB7">
      <w:pPr>
        <w:spacing w:after="0" w:line="240" w:lineRule="auto"/>
      </w:pPr>
      <w:r>
        <w:separator/>
      </w:r>
    </w:p>
  </w:endnote>
  <w:endnote w:type="continuationSeparator" w:id="0">
    <w:p w:rsidR="00DE1F2D" w:rsidRDefault="00DE1F2D" w:rsidP="00872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2DB7" w:rsidRPr="009425A8" w:rsidRDefault="00872DB7">
    <w:pPr>
      <w:pStyle w:val="Pieddepage"/>
      <w:rPr>
        <w:lang w:val="fr-FR"/>
      </w:rPr>
    </w:pPr>
    <w:r>
      <w:ptab w:relativeTo="margin" w:alignment="center" w:leader="none"/>
    </w:r>
    <w:r>
      <w:rPr>
        <w:lang w:val="fr-FR"/>
      </w:rPr>
      <w:t xml:space="preserve">TP6  : </w:t>
    </w:r>
    <w:r w:rsidRPr="001F684A">
      <w:rPr>
        <w:lang w:val="fr-FR"/>
      </w:rPr>
      <w:t>Datalogging</w:t>
    </w:r>
    <w:r w:rsidR="009425A8">
      <w:rPr>
        <w:lang w:val="fr-FR"/>
      </w:rPr>
      <w:t>, étalonnage, étude des incertitudes</w:t>
    </w:r>
    <w:r>
      <w:ptab w:relativeTo="margin" w:alignment="right" w:leader="none"/>
    </w:r>
    <w:r>
      <w:fldChar w:fldCharType="begin"/>
    </w:r>
    <w:r w:rsidRPr="009425A8">
      <w:rPr>
        <w:lang w:val="fr-FR"/>
      </w:rPr>
      <w:instrText>PAGE   \* MERGEFORMAT</w:instrText>
    </w:r>
    <w:r>
      <w:fldChar w:fldCharType="separate"/>
    </w:r>
    <w:r w:rsidR="00B81989">
      <w:rPr>
        <w:noProof/>
        <w:lang w:val="fr-FR"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F2D" w:rsidRDefault="00DE1F2D" w:rsidP="00872DB7">
      <w:pPr>
        <w:spacing w:after="0" w:line="240" w:lineRule="auto"/>
      </w:pPr>
      <w:r>
        <w:separator/>
      </w:r>
    </w:p>
  </w:footnote>
  <w:footnote w:type="continuationSeparator" w:id="0">
    <w:p w:rsidR="00DE1F2D" w:rsidRDefault="00DE1F2D" w:rsidP="00872D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74F1ACA"/>
    <w:multiLevelType w:val="hybridMultilevel"/>
    <w:tmpl w:val="D5DCEAA8"/>
    <w:lvl w:ilvl="0" w:tplc="7C80C7A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FD675E"/>
    <w:multiLevelType w:val="hybridMultilevel"/>
    <w:tmpl w:val="1C8A24CC"/>
    <w:lvl w:ilvl="0" w:tplc="33FC9C34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573E92"/>
    <w:multiLevelType w:val="hybridMultilevel"/>
    <w:tmpl w:val="5896ED62"/>
    <w:lvl w:ilvl="0" w:tplc="7C80C7AE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94476FC"/>
    <w:multiLevelType w:val="hybridMultilevel"/>
    <w:tmpl w:val="F48053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2"/>
  </w:num>
  <w:num w:numId="11">
    <w:abstractNumId w:val="9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B403C"/>
    <w:rsid w:val="001F684A"/>
    <w:rsid w:val="0029639D"/>
    <w:rsid w:val="002E4737"/>
    <w:rsid w:val="00324158"/>
    <w:rsid w:val="00326F90"/>
    <w:rsid w:val="00362E98"/>
    <w:rsid w:val="00417E53"/>
    <w:rsid w:val="004E21C4"/>
    <w:rsid w:val="005B7B97"/>
    <w:rsid w:val="005F160F"/>
    <w:rsid w:val="007966E8"/>
    <w:rsid w:val="007C1665"/>
    <w:rsid w:val="00821B8C"/>
    <w:rsid w:val="00867C8B"/>
    <w:rsid w:val="00872DB7"/>
    <w:rsid w:val="009425A8"/>
    <w:rsid w:val="00983F27"/>
    <w:rsid w:val="00AA1D8D"/>
    <w:rsid w:val="00B1066A"/>
    <w:rsid w:val="00B47730"/>
    <w:rsid w:val="00B81989"/>
    <w:rsid w:val="00B8330C"/>
    <w:rsid w:val="00CB0664"/>
    <w:rsid w:val="00D812A6"/>
    <w:rsid w:val="00DE1F2D"/>
    <w:rsid w:val="00E51437"/>
    <w:rsid w:val="00E67161"/>
    <w:rsid w:val="00FC465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C8B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72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2D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C8B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72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2D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2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FEB23B5-F78C-485B-81D6-C0AE9F3F2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5</Pages>
  <Words>964</Words>
  <Characters>5303</Characters>
  <Application>Microsoft Office Word</Application>
  <DocSecurity>0</DocSecurity>
  <Lines>44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6255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Gregory P</cp:lastModifiedBy>
  <cp:revision>13</cp:revision>
  <cp:lastPrinted>2025-10-07T09:41:00Z</cp:lastPrinted>
  <dcterms:created xsi:type="dcterms:W3CDTF">2013-12-23T23:15:00Z</dcterms:created>
  <dcterms:modified xsi:type="dcterms:W3CDTF">2025-10-11T08:57:00Z</dcterms:modified>
</cp:coreProperties>
</file>